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D13122" w14:textId="45A294A0" w:rsidR="00451FB8" w:rsidRPr="0098529E" w:rsidRDefault="00000000">
      <w:pPr>
        <w:pStyle w:val="Titel"/>
        <w:rPr>
          <w:lang w:val="de-DE"/>
        </w:rPr>
      </w:pPr>
      <w:r w:rsidRPr="0098529E">
        <w:rPr>
          <w:lang w:val="de-DE"/>
        </w:rPr>
        <w:t>Vereinbarung</w:t>
      </w:r>
      <w:r w:rsidR="0098529E" w:rsidRPr="0098529E">
        <w:rPr>
          <w:lang w:val="de-DE"/>
        </w:rPr>
        <w:t>/Einwilligung</w:t>
      </w:r>
      <w:r w:rsidRPr="0098529E">
        <w:rPr>
          <w:lang w:val="de-DE"/>
        </w:rPr>
        <w:t xml:space="preserve"> vor Beginn</w:t>
      </w:r>
      <w:r w:rsidRPr="0098529E">
        <w:rPr>
          <w:lang w:val="de-DE"/>
        </w:rPr>
        <w:br/>
        <w:t>der Focusing-Sitzungen</w:t>
      </w:r>
    </w:p>
    <w:p w14:paraId="0656C411" w14:textId="77777777" w:rsidR="00451FB8" w:rsidRPr="0098529E" w:rsidRDefault="00000000">
      <w:pPr>
        <w:pStyle w:val="Untertitel"/>
        <w:rPr>
          <w:lang w:val="de-DE"/>
        </w:rPr>
      </w:pPr>
      <w:r w:rsidRPr="0098529E">
        <w:rPr>
          <w:lang w:val="de-DE"/>
        </w:rPr>
        <w:t xml:space="preserve">Für kostenfreie Übungssitzungen </w:t>
      </w:r>
      <w:proofErr w:type="gramStart"/>
      <w:r w:rsidRPr="0098529E">
        <w:rPr>
          <w:lang w:val="de-DE"/>
        </w:rPr>
        <w:t xml:space="preserve">mit einer </w:t>
      </w:r>
      <w:proofErr w:type="spellStart"/>
      <w:r w:rsidRPr="0098529E">
        <w:rPr>
          <w:lang w:val="de-DE"/>
        </w:rPr>
        <w:t>Focusing-Trainer</w:t>
      </w:r>
      <w:proofErr w:type="gramEnd"/>
      <w:r w:rsidRPr="0098529E">
        <w:rPr>
          <w:lang w:val="de-DE"/>
        </w:rPr>
        <w:t>:in</w:t>
      </w:r>
      <w:proofErr w:type="spellEnd"/>
      <w:r w:rsidRPr="0098529E">
        <w:rPr>
          <w:lang w:val="de-DE"/>
        </w:rPr>
        <w:t xml:space="preserve"> in Ausbildung – mit optionaler Sitzungsaufzeichnung</w:t>
      </w:r>
    </w:p>
    <w:tbl>
      <w:tblPr>
        <w:tblW w:w="0" w:type="auto"/>
        <w:jc w:val="center"/>
        <w:tblLook w:val="04A0" w:firstRow="1" w:lastRow="0" w:firstColumn="1" w:lastColumn="0" w:noHBand="0" w:noVBand="1"/>
      </w:tblPr>
      <w:tblGrid>
        <w:gridCol w:w="9922"/>
      </w:tblGrid>
      <w:tr w:rsidR="00451FB8" w:rsidRPr="0098529E" w14:paraId="73009CBC" w14:textId="77777777">
        <w:trPr>
          <w:cantSplit/>
          <w:jc w:val="center"/>
        </w:trPr>
        <w:tc>
          <w:tcPr>
            <w:tcW w:w="9922" w:type="dxa"/>
            <w:tcBorders>
              <w:top w:val="single" w:sz="10" w:space="0" w:color="A9B6B8"/>
              <w:left w:val="single" w:sz="10" w:space="0" w:color="A9B6B8"/>
              <w:bottom w:val="single" w:sz="10" w:space="0" w:color="A9B6B8"/>
              <w:right w:val="single" w:sz="10" w:space="0" w:color="A9B6B8"/>
            </w:tcBorders>
            <w:shd w:val="clear" w:color="auto" w:fill="F2F5F5"/>
            <w:tcMar>
              <w:top w:w="130" w:type="dxa"/>
              <w:left w:w="160" w:type="dxa"/>
              <w:bottom w:w="130" w:type="dxa"/>
              <w:right w:w="160" w:type="dxa"/>
            </w:tcMar>
          </w:tcPr>
          <w:p w14:paraId="49AC6411" w14:textId="77777777" w:rsidR="00451FB8" w:rsidRPr="0098529E" w:rsidRDefault="00000000">
            <w:pPr>
              <w:rPr>
                <w:lang w:val="de-DE"/>
              </w:rPr>
            </w:pPr>
            <w:r w:rsidRPr="0098529E">
              <w:rPr>
                <w:b/>
                <w:color w:val="005C63"/>
                <w:lang w:val="de-DE"/>
              </w:rPr>
              <w:t>WICHTIG VOR DER VERWENDUNG</w:t>
            </w:r>
          </w:p>
          <w:p w14:paraId="7587BA3D" w14:textId="77777777" w:rsidR="00451FB8" w:rsidRPr="0098529E" w:rsidRDefault="00000000">
            <w:pPr>
              <w:spacing w:after="0"/>
              <w:rPr>
                <w:lang w:val="de-DE"/>
              </w:rPr>
            </w:pPr>
            <w:r w:rsidRPr="0098529E">
              <w:rPr>
                <w:sz w:val="18"/>
                <w:lang w:val="de-DE"/>
              </w:rPr>
              <w:t xml:space="preserve">Dieses Dokument ist ein anpassbares Muster. Alle grau hinterlegten Angaben und Auswahlfelder müssen vor der Nutzung konkret ausgefüllt werden. Die tatsächlichen Abläufe, eingesetzten Dienste, </w:t>
            </w:r>
            <w:proofErr w:type="spellStart"/>
            <w:proofErr w:type="gramStart"/>
            <w:r w:rsidRPr="0098529E">
              <w:rPr>
                <w:sz w:val="18"/>
                <w:lang w:val="de-DE"/>
              </w:rPr>
              <w:t>Empfänger:innen</w:t>
            </w:r>
            <w:proofErr w:type="spellEnd"/>
            <w:proofErr w:type="gramEnd"/>
            <w:r w:rsidRPr="0098529E">
              <w:rPr>
                <w:sz w:val="18"/>
                <w:lang w:val="de-DE"/>
              </w:rPr>
              <w:t>, Speicherorte und Löschfristen müssen mit der Praxis übereinstimmen. Eine Aufzeichnung darf erst beginnen, nachdem die gesonderte Einwilligung handschriftlich erteilt wurde. Das Muster ersetzt keine individuelle Rechtsberatung.</w:t>
            </w:r>
          </w:p>
        </w:tc>
      </w:tr>
    </w:tbl>
    <w:p w14:paraId="7989CBC2" w14:textId="77777777" w:rsidR="00451FB8" w:rsidRPr="0098529E" w:rsidRDefault="00000000">
      <w:pPr>
        <w:spacing w:before="140" w:line="259" w:lineRule="auto"/>
        <w:rPr>
          <w:lang w:val="de-DE"/>
        </w:rPr>
      </w:pPr>
      <w:r w:rsidRPr="0098529E">
        <w:rPr>
          <w:rFonts w:eastAsia="Liberation Sans"/>
          <w:color w:val="1C262A"/>
          <w:lang w:val="de-DE"/>
        </w:rPr>
        <w:t>Bitte lies die folgenden Vereinbarungen und Datenschutzinformationen sorgfältig. Mit deiner Unterschrift bestätigst du nur die jeweils ausdrücklich gekennzeichneten Punkte.</w:t>
      </w:r>
    </w:p>
    <w:p w14:paraId="365ACE3C" w14:textId="77777777" w:rsidR="00451FB8" w:rsidRPr="0098529E" w:rsidRDefault="00000000">
      <w:pPr>
        <w:pStyle w:val="berschrift1"/>
        <w:rPr>
          <w:lang w:val="de-DE"/>
        </w:rPr>
      </w:pPr>
      <w:r w:rsidRPr="0098529E">
        <w:rPr>
          <w:lang w:val="de-DE"/>
        </w:rPr>
        <w:t>Angaben zu den Beteiligten</w:t>
      </w:r>
    </w:p>
    <w:tbl>
      <w:tblPr>
        <w:tblW w:w="0" w:type="auto"/>
        <w:jc w:val="center"/>
        <w:tblLayout w:type="fixed"/>
        <w:tblLook w:val="04A0" w:firstRow="1" w:lastRow="0" w:firstColumn="1" w:lastColumn="0" w:noHBand="0" w:noVBand="1"/>
      </w:tblPr>
      <w:tblGrid>
        <w:gridCol w:w="3515"/>
        <w:gridCol w:w="5839"/>
      </w:tblGrid>
      <w:tr w:rsidR="00451FB8" w:rsidRPr="0098529E" w14:paraId="2ABD4490"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54A697E8" w14:textId="77777777" w:rsidR="00451FB8" w:rsidRPr="0098529E" w:rsidRDefault="00000000">
            <w:pPr>
              <w:rPr>
                <w:lang w:val="de-DE"/>
              </w:rPr>
            </w:pPr>
            <w:r w:rsidRPr="0098529E">
              <w:rPr>
                <w:rFonts w:eastAsia="Liberation Sans"/>
                <w:b/>
                <w:color w:val="162F36"/>
                <w:sz w:val="17"/>
                <w:lang w:val="de-DE"/>
              </w:rPr>
              <w:t xml:space="preserve">Verantwortliche Person / </w:t>
            </w:r>
            <w:proofErr w:type="spellStart"/>
            <w:r w:rsidRPr="0098529E">
              <w:rPr>
                <w:rFonts w:eastAsia="Liberation Sans"/>
                <w:b/>
                <w:color w:val="162F36"/>
                <w:sz w:val="17"/>
                <w:lang w:val="de-DE"/>
              </w:rPr>
              <w:t>Trainer:in</w:t>
            </w:r>
            <w:proofErr w:type="spellEnd"/>
            <w:r w:rsidRPr="0098529E">
              <w:rPr>
                <w:rFonts w:eastAsia="Liberation Sans"/>
                <w:b/>
                <w:color w:val="162F36"/>
                <w:sz w:val="17"/>
                <w:lang w:val="de-DE"/>
              </w:rPr>
              <w:t xml:space="preserve"> in Ausbildung</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161E7D65" w14:textId="77777777" w:rsidR="00451FB8" w:rsidRPr="0098529E" w:rsidRDefault="00000000">
            <w:pPr>
              <w:rPr>
                <w:lang w:val="de-DE"/>
              </w:rPr>
            </w:pPr>
            <w:r w:rsidRPr="0098529E">
              <w:rPr>
                <w:rFonts w:eastAsia="Liberation Sans"/>
                <w:i/>
                <w:color w:val="505C62"/>
                <w:sz w:val="18"/>
                <w:lang w:val="de-DE"/>
              </w:rPr>
              <w:t>[Vor- und Nachname]</w:t>
            </w:r>
          </w:p>
        </w:tc>
      </w:tr>
      <w:tr w:rsidR="00451FB8" w:rsidRPr="0098529E" w14:paraId="07209E0B"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39FC1CFB" w14:textId="77777777" w:rsidR="00451FB8" w:rsidRPr="0098529E" w:rsidRDefault="00000000">
            <w:pPr>
              <w:rPr>
                <w:lang w:val="de-DE"/>
              </w:rPr>
            </w:pPr>
            <w:r w:rsidRPr="0098529E">
              <w:rPr>
                <w:rFonts w:eastAsia="Liberation Sans"/>
                <w:b/>
                <w:color w:val="162F36"/>
                <w:sz w:val="17"/>
                <w:lang w:val="de-DE"/>
              </w:rPr>
              <w:t>Anschrift</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17F0ACC4" w14:textId="77777777" w:rsidR="00451FB8" w:rsidRPr="0098529E" w:rsidRDefault="00000000">
            <w:pPr>
              <w:rPr>
                <w:lang w:val="de-DE"/>
              </w:rPr>
            </w:pPr>
            <w:r w:rsidRPr="0098529E">
              <w:rPr>
                <w:rFonts w:eastAsia="Liberation Sans"/>
                <w:i/>
                <w:color w:val="505C62"/>
                <w:sz w:val="18"/>
                <w:lang w:val="de-DE"/>
              </w:rPr>
              <w:t>[Straße, Hausnummer, PLZ, Ort]</w:t>
            </w:r>
          </w:p>
        </w:tc>
      </w:tr>
      <w:tr w:rsidR="00451FB8" w:rsidRPr="0098529E" w14:paraId="4ECE2E91"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095BC060" w14:textId="77777777" w:rsidR="00451FB8" w:rsidRPr="0098529E" w:rsidRDefault="00000000">
            <w:pPr>
              <w:rPr>
                <w:lang w:val="de-DE"/>
              </w:rPr>
            </w:pPr>
            <w:r w:rsidRPr="0098529E">
              <w:rPr>
                <w:rFonts w:eastAsia="Liberation Sans"/>
                <w:b/>
                <w:color w:val="162F36"/>
                <w:sz w:val="17"/>
                <w:lang w:val="de-DE"/>
              </w:rPr>
              <w:t>E-Mail / Telefon</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1FEFD514" w14:textId="77777777" w:rsidR="00451FB8" w:rsidRPr="0098529E" w:rsidRDefault="00000000">
            <w:pPr>
              <w:rPr>
                <w:lang w:val="de-DE"/>
              </w:rPr>
            </w:pPr>
            <w:r w:rsidRPr="0098529E">
              <w:rPr>
                <w:rFonts w:eastAsia="Liberation Sans"/>
                <w:i/>
                <w:color w:val="505C62"/>
                <w:sz w:val="18"/>
                <w:lang w:val="de-DE"/>
              </w:rPr>
              <w:t>[E-Mail-</w:t>
            </w:r>
            <w:proofErr w:type="gramStart"/>
            <w:r w:rsidRPr="0098529E">
              <w:rPr>
                <w:rFonts w:eastAsia="Liberation Sans"/>
                <w:i/>
                <w:color w:val="505C62"/>
                <w:sz w:val="18"/>
                <w:lang w:val="de-DE"/>
              </w:rPr>
              <w:t>Adresse]  ·</w:t>
            </w:r>
            <w:proofErr w:type="gramEnd"/>
            <w:r w:rsidRPr="0098529E">
              <w:rPr>
                <w:rFonts w:eastAsia="Liberation Sans"/>
                <w:i/>
                <w:color w:val="505C62"/>
                <w:sz w:val="18"/>
                <w:lang w:val="de-DE"/>
              </w:rPr>
              <w:t xml:space="preserve">  [Telefonnummer]</w:t>
            </w:r>
          </w:p>
        </w:tc>
      </w:tr>
      <w:tr w:rsidR="00451FB8" w:rsidRPr="0098529E" w14:paraId="29F236E7"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56DD4365" w14:textId="77777777" w:rsidR="00451FB8" w:rsidRPr="0098529E" w:rsidRDefault="00000000">
            <w:pPr>
              <w:rPr>
                <w:lang w:val="de-DE"/>
              </w:rPr>
            </w:pPr>
            <w:proofErr w:type="spellStart"/>
            <w:r w:rsidRPr="0098529E">
              <w:rPr>
                <w:b/>
                <w:sz w:val="18"/>
                <w:lang w:val="de-DE"/>
              </w:rPr>
              <w:t>Mentor:in</w:t>
            </w:r>
            <w:proofErr w:type="spellEnd"/>
            <w:r w:rsidRPr="0098529E">
              <w:rPr>
                <w:b/>
                <w:sz w:val="18"/>
                <w:lang w:val="de-DE"/>
              </w:rPr>
              <w:t xml:space="preserve"> (Zugriff nur bei Aufzeichnung)</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016F67EA" w14:textId="32833EEC" w:rsidR="00451FB8" w:rsidRPr="0098529E" w:rsidRDefault="0098529E">
            <w:pPr>
              <w:rPr>
                <w:lang w:val="de-DE"/>
              </w:rPr>
            </w:pPr>
            <w:r>
              <w:rPr>
                <w:i/>
                <w:color w:val="5A6469"/>
                <w:sz w:val="18"/>
                <w:lang w:val="de-DE"/>
              </w:rPr>
              <w:t>Arno Katz (arnokatz@posteo.de)</w:t>
            </w:r>
          </w:p>
        </w:tc>
      </w:tr>
      <w:tr w:rsidR="00451FB8" w:rsidRPr="0098529E" w14:paraId="18714949"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4C310CEB" w14:textId="77777777" w:rsidR="00451FB8" w:rsidRPr="0098529E" w:rsidRDefault="00000000">
            <w:pPr>
              <w:rPr>
                <w:lang w:val="de-DE"/>
              </w:rPr>
            </w:pPr>
            <w:proofErr w:type="spellStart"/>
            <w:r w:rsidRPr="0098529E">
              <w:rPr>
                <w:rFonts w:eastAsia="Liberation Sans"/>
                <w:b/>
                <w:color w:val="162F36"/>
                <w:sz w:val="17"/>
                <w:lang w:val="de-DE"/>
              </w:rPr>
              <w:t>Klient:in</w:t>
            </w:r>
            <w:proofErr w:type="spellEnd"/>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10C95FEA" w14:textId="77777777" w:rsidR="00451FB8" w:rsidRPr="0098529E" w:rsidRDefault="00000000">
            <w:pPr>
              <w:rPr>
                <w:lang w:val="de-DE"/>
              </w:rPr>
            </w:pPr>
            <w:r w:rsidRPr="0098529E">
              <w:rPr>
                <w:rFonts w:eastAsia="Liberation Sans"/>
                <w:i/>
                <w:color w:val="505C62"/>
                <w:sz w:val="18"/>
                <w:lang w:val="de-DE"/>
              </w:rPr>
              <w:t>[Vor- und Nachname]</w:t>
            </w:r>
          </w:p>
        </w:tc>
      </w:tr>
      <w:tr w:rsidR="00451FB8" w:rsidRPr="0098529E" w14:paraId="5A9805E3"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4D152E9D" w14:textId="77777777" w:rsidR="00451FB8" w:rsidRPr="0098529E" w:rsidRDefault="00000000">
            <w:pPr>
              <w:rPr>
                <w:lang w:val="de-DE"/>
              </w:rPr>
            </w:pPr>
            <w:r w:rsidRPr="0098529E">
              <w:rPr>
                <w:rFonts w:eastAsia="Liberation Sans"/>
                <w:b/>
                <w:color w:val="162F36"/>
                <w:sz w:val="17"/>
                <w:lang w:val="de-DE"/>
              </w:rPr>
              <w:t>Zeitraum / Format</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40AA269C" w14:textId="77777777" w:rsidR="00451FB8" w:rsidRPr="0098529E" w:rsidRDefault="00000000">
            <w:pPr>
              <w:rPr>
                <w:lang w:val="de-DE"/>
              </w:rPr>
            </w:pPr>
            <w:r w:rsidRPr="0098529E">
              <w:rPr>
                <w:rFonts w:eastAsia="Liberation Sans"/>
                <w:i/>
                <w:color w:val="505C62"/>
                <w:sz w:val="18"/>
                <w:lang w:val="de-DE"/>
              </w:rPr>
              <w:t xml:space="preserve">[Datum bis </w:t>
            </w:r>
            <w:proofErr w:type="gramStart"/>
            <w:r w:rsidRPr="0098529E">
              <w:rPr>
                <w:rFonts w:eastAsia="Liberation Sans"/>
                <w:i/>
                <w:color w:val="505C62"/>
                <w:sz w:val="18"/>
                <w:lang w:val="de-DE"/>
              </w:rPr>
              <w:t>Datum]  ·</w:t>
            </w:r>
            <w:proofErr w:type="gramEnd"/>
            <w:r w:rsidRPr="0098529E">
              <w:rPr>
                <w:rFonts w:eastAsia="Liberation Sans"/>
                <w:i/>
                <w:color w:val="505C62"/>
                <w:sz w:val="18"/>
                <w:lang w:val="de-DE"/>
              </w:rPr>
              <w:t xml:space="preserve">  ☐ vor </w:t>
            </w:r>
            <w:proofErr w:type="gramStart"/>
            <w:r w:rsidRPr="0098529E">
              <w:rPr>
                <w:rFonts w:eastAsia="Liberation Sans"/>
                <w:i/>
                <w:color w:val="505C62"/>
                <w:sz w:val="18"/>
                <w:lang w:val="de-DE"/>
              </w:rPr>
              <w:t>Ort  ☐</w:t>
            </w:r>
            <w:proofErr w:type="gramEnd"/>
            <w:r w:rsidRPr="0098529E">
              <w:rPr>
                <w:rFonts w:eastAsia="Liberation Sans"/>
                <w:i/>
                <w:color w:val="505C62"/>
                <w:sz w:val="18"/>
                <w:lang w:val="de-DE"/>
              </w:rPr>
              <w:t xml:space="preserve"> </w:t>
            </w:r>
            <w:proofErr w:type="gramStart"/>
            <w:r w:rsidRPr="0098529E">
              <w:rPr>
                <w:rFonts w:eastAsia="Liberation Sans"/>
                <w:i/>
                <w:color w:val="505C62"/>
                <w:sz w:val="18"/>
                <w:lang w:val="de-DE"/>
              </w:rPr>
              <w:t>Video  ☐</w:t>
            </w:r>
            <w:proofErr w:type="gramEnd"/>
            <w:r w:rsidRPr="0098529E">
              <w:rPr>
                <w:rFonts w:eastAsia="Liberation Sans"/>
                <w:i/>
                <w:color w:val="505C62"/>
                <w:sz w:val="18"/>
                <w:lang w:val="de-DE"/>
              </w:rPr>
              <w:t xml:space="preserve"> Telefon</w:t>
            </w:r>
          </w:p>
        </w:tc>
      </w:tr>
    </w:tbl>
    <w:p w14:paraId="1526BFCB" w14:textId="77777777" w:rsidR="00451FB8" w:rsidRPr="0098529E" w:rsidRDefault="00000000">
      <w:pPr>
        <w:pStyle w:val="berschrift1"/>
        <w:rPr>
          <w:lang w:val="de-DE"/>
        </w:rPr>
      </w:pPr>
      <w:r w:rsidRPr="0098529E">
        <w:rPr>
          <w:lang w:val="de-DE"/>
        </w:rPr>
        <w:t>Kurzüberblick</w:t>
      </w:r>
    </w:p>
    <w:tbl>
      <w:tblPr>
        <w:tblW w:w="0" w:type="auto"/>
        <w:jc w:val="center"/>
        <w:tblLayout w:type="fixed"/>
        <w:tblLook w:val="04A0" w:firstRow="1" w:lastRow="0" w:firstColumn="1" w:lastColumn="0" w:noHBand="0" w:noVBand="1"/>
      </w:tblPr>
      <w:tblGrid>
        <w:gridCol w:w="4620"/>
        <w:gridCol w:w="4620"/>
      </w:tblGrid>
      <w:tr w:rsidR="00451FB8" w:rsidRPr="0098529E" w14:paraId="73C284BB" w14:textId="77777777">
        <w:trPr>
          <w:cantSplit/>
          <w:jc w:val="center"/>
        </w:trPr>
        <w:tc>
          <w:tcPr>
            <w:tcW w:w="4620" w:type="dxa"/>
            <w:tcBorders>
              <w:top w:val="single" w:sz="5" w:space="0" w:color="BFD3D5"/>
              <w:left w:val="single" w:sz="5" w:space="0" w:color="BFD3D5"/>
              <w:bottom w:val="single" w:sz="5" w:space="0" w:color="BFD3D5"/>
              <w:right w:val="single" w:sz="5" w:space="0" w:color="BFD3D5"/>
            </w:tcBorders>
            <w:shd w:val="clear" w:color="auto" w:fill="EAF3F4"/>
            <w:tcMar>
              <w:top w:w="120" w:type="dxa"/>
              <w:left w:w="130" w:type="dxa"/>
              <w:bottom w:w="120" w:type="dxa"/>
              <w:right w:w="130" w:type="dxa"/>
            </w:tcMar>
          </w:tcPr>
          <w:p w14:paraId="0A98788F" w14:textId="0F7B28A5" w:rsidR="00451FB8" w:rsidRPr="0098529E" w:rsidRDefault="00000000">
            <w:pPr>
              <w:rPr>
                <w:lang w:val="de-DE"/>
              </w:rPr>
            </w:pPr>
            <w:r w:rsidRPr="0098529E">
              <w:rPr>
                <w:rFonts w:eastAsia="Liberation Sans"/>
                <w:b/>
                <w:color w:val="0C5C64"/>
                <w:sz w:val="16"/>
                <w:lang w:val="de-DE"/>
              </w:rPr>
              <w:t xml:space="preserve">MAXIMAL </w:t>
            </w:r>
            <w:r w:rsidR="0098529E" w:rsidRPr="0098529E">
              <w:rPr>
                <w:rFonts w:eastAsia="Liberation Sans"/>
                <w:b/>
                <w:color w:val="0C5C64"/>
                <w:sz w:val="16"/>
                <w:lang w:val="de-DE"/>
              </w:rPr>
              <w:t>3</w:t>
            </w:r>
            <w:r w:rsidRPr="0098529E">
              <w:rPr>
                <w:rFonts w:eastAsia="Liberation Sans"/>
                <w:b/>
                <w:color w:val="0C5C64"/>
                <w:sz w:val="16"/>
                <w:lang w:val="de-DE"/>
              </w:rPr>
              <w:t xml:space="preserve"> SITZUNGEN</w:t>
            </w:r>
            <w:r w:rsidRPr="0098529E">
              <w:rPr>
                <w:rFonts w:eastAsia="Liberation Sans"/>
                <w:b/>
                <w:color w:val="0C5C64"/>
                <w:sz w:val="16"/>
                <w:lang w:val="de-DE"/>
              </w:rPr>
              <w:br/>
            </w:r>
            <w:r w:rsidRPr="0098529E">
              <w:rPr>
                <w:rFonts w:eastAsia="Liberation Sans"/>
                <w:color w:val="232F34"/>
                <w:sz w:val="17"/>
                <w:lang w:val="de-DE"/>
              </w:rPr>
              <w:t>Beide Seiten können die Zusammenarbeit früher beenden.</w:t>
            </w:r>
          </w:p>
        </w:tc>
        <w:tc>
          <w:tcPr>
            <w:tcW w:w="4620" w:type="dxa"/>
            <w:tcBorders>
              <w:top w:val="single" w:sz="5" w:space="0" w:color="BFD3D5"/>
              <w:left w:val="single" w:sz="5" w:space="0" w:color="BFD3D5"/>
              <w:bottom w:val="single" w:sz="5" w:space="0" w:color="BFD3D5"/>
              <w:right w:val="single" w:sz="5" w:space="0" w:color="BFD3D5"/>
            </w:tcBorders>
            <w:shd w:val="clear" w:color="auto" w:fill="F2F5F5"/>
            <w:tcMar>
              <w:top w:w="120" w:type="dxa"/>
              <w:left w:w="130" w:type="dxa"/>
              <w:bottom w:w="120" w:type="dxa"/>
              <w:right w:w="130" w:type="dxa"/>
            </w:tcMar>
          </w:tcPr>
          <w:p w14:paraId="1655C711" w14:textId="77777777" w:rsidR="00451FB8" w:rsidRPr="0098529E" w:rsidRDefault="00000000">
            <w:pPr>
              <w:rPr>
                <w:lang w:val="de-DE"/>
              </w:rPr>
            </w:pPr>
            <w:r w:rsidRPr="0098529E">
              <w:rPr>
                <w:b/>
                <w:color w:val="005C63"/>
                <w:sz w:val="17"/>
                <w:lang w:val="de-DE"/>
              </w:rPr>
              <w:t>AUFZEICHNUNG NUR MIT EINWILLIGUNG</w:t>
            </w:r>
            <w:r w:rsidRPr="0098529E">
              <w:rPr>
                <w:b/>
                <w:color w:val="005C63"/>
                <w:sz w:val="17"/>
                <w:lang w:val="de-DE"/>
              </w:rPr>
              <w:br/>
            </w:r>
            <w:proofErr w:type="spellStart"/>
            <w:r w:rsidRPr="0098529E">
              <w:rPr>
                <w:sz w:val="17"/>
                <w:lang w:val="de-DE"/>
              </w:rPr>
              <w:t>Nur</w:t>
            </w:r>
            <w:proofErr w:type="spellEnd"/>
            <w:r w:rsidRPr="0098529E">
              <w:rPr>
                <w:sz w:val="17"/>
                <w:lang w:val="de-DE"/>
              </w:rPr>
              <w:t xml:space="preserve"> für die Ausbildung; Zugriff ausschließlich für </w:t>
            </w:r>
            <w:proofErr w:type="spellStart"/>
            <w:r w:rsidRPr="0098529E">
              <w:rPr>
                <w:sz w:val="17"/>
                <w:lang w:val="de-DE"/>
              </w:rPr>
              <w:t>Trainer:in</w:t>
            </w:r>
            <w:proofErr w:type="spellEnd"/>
            <w:r w:rsidRPr="0098529E">
              <w:rPr>
                <w:sz w:val="17"/>
                <w:lang w:val="de-DE"/>
              </w:rPr>
              <w:t xml:space="preserve"> und benannte </w:t>
            </w:r>
            <w:proofErr w:type="spellStart"/>
            <w:proofErr w:type="gramStart"/>
            <w:r w:rsidRPr="0098529E">
              <w:rPr>
                <w:sz w:val="17"/>
                <w:lang w:val="de-DE"/>
              </w:rPr>
              <w:t>Mentor:in</w:t>
            </w:r>
            <w:proofErr w:type="spellEnd"/>
            <w:r w:rsidRPr="0098529E">
              <w:rPr>
                <w:sz w:val="17"/>
                <w:lang w:val="de-DE"/>
              </w:rPr>
              <w:t>.</w:t>
            </w:r>
            <w:proofErr w:type="gramEnd"/>
          </w:p>
        </w:tc>
      </w:tr>
      <w:tr w:rsidR="00451FB8" w:rsidRPr="0098529E" w14:paraId="2C6788B7" w14:textId="77777777">
        <w:trPr>
          <w:cantSplit/>
          <w:jc w:val="center"/>
        </w:trPr>
        <w:tc>
          <w:tcPr>
            <w:tcW w:w="4620" w:type="dxa"/>
            <w:tcBorders>
              <w:top w:val="single" w:sz="5" w:space="0" w:color="BFD3D5"/>
              <w:left w:val="single" w:sz="5" w:space="0" w:color="BFD3D5"/>
              <w:bottom w:val="single" w:sz="5" w:space="0" w:color="BFD3D5"/>
              <w:right w:val="single" w:sz="5" w:space="0" w:color="BFD3D5"/>
            </w:tcBorders>
            <w:shd w:val="clear" w:color="auto" w:fill="EAF3F4"/>
            <w:tcMar>
              <w:top w:w="120" w:type="dxa"/>
              <w:left w:w="130" w:type="dxa"/>
              <w:bottom w:w="120" w:type="dxa"/>
              <w:right w:w="130" w:type="dxa"/>
            </w:tcMar>
          </w:tcPr>
          <w:p w14:paraId="086AE48F" w14:textId="77777777" w:rsidR="00451FB8" w:rsidRPr="0098529E" w:rsidRDefault="00000000">
            <w:pPr>
              <w:rPr>
                <w:lang w:val="de-DE"/>
              </w:rPr>
            </w:pPr>
            <w:r w:rsidRPr="0098529E">
              <w:rPr>
                <w:rFonts w:eastAsia="Liberation Sans"/>
                <w:b/>
                <w:color w:val="0C5C64"/>
                <w:sz w:val="16"/>
                <w:lang w:val="de-DE"/>
              </w:rPr>
              <w:t>48-STUNDEN-REGEL</w:t>
            </w:r>
            <w:r w:rsidRPr="0098529E">
              <w:rPr>
                <w:rFonts w:eastAsia="Liberation Sans"/>
                <w:b/>
                <w:color w:val="0C5C64"/>
                <w:sz w:val="16"/>
                <w:lang w:val="de-DE"/>
              </w:rPr>
              <w:br/>
            </w:r>
            <w:r w:rsidRPr="0098529E">
              <w:rPr>
                <w:rFonts w:eastAsia="Liberation Sans"/>
                <w:color w:val="232F34"/>
                <w:sz w:val="17"/>
                <w:lang w:val="de-DE"/>
              </w:rPr>
              <w:t>Spätere Absagen zählen grundsätzlich als genutzte Freisitzung.</w:t>
            </w:r>
          </w:p>
        </w:tc>
        <w:tc>
          <w:tcPr>
            <w:tcW w:w="4620" w:type="dxa"/>
            <w:tcBorders>
              <w:top w:val="single" w:sz="5" w:space="0" w:color="BFD3D5"/>
              <w:left w:val="single" w:sz="5" w:space="0" w:color="BFD3D5"/>
              <w:bottom w:val="single" w:sz="5" w:space="0" w:color="BFD3D5"/>
              <w:right w:val="single" w:sz="5" w:space="0" w:color="BFD3D5"/>
            </w:tcBorders>
            <w:shd w:val="clear" w:color="auto" w:fill="F2F5F5"/>
            <w:tcMar>
              <w:top w:w="120" w:type="dxa"/>
              <w:left w:w="130" w:type="dxa"/>
              <w:bottom w:w="120" w:type="dxa"/>
              <w:right w:w="130" w:type="dxa"/>
            </w:tcMar>
          </w:tcPr>
          <w:p w14:paraId="07CF07B6" w14:textId="77777777" w:rsidR="00451FB8" w:rsidRPr="0098529E" w:rsidRDefault="00000000">
            <w:pPr>
              <w:rPr>
                <w:lang w:val="de-DE"/>
              </w:rPr>
            </w:pPr>
            <w:r w:rsidRPr="0098529E">
              <w:rPr>
                <w:rFonts w:eastAsia="Liberation Sans"/>
                <w:b/>
                <w:color w:val="0C5C64"/>
                <w:sz w:val="16"/>
                <w:lang w:val="de-DE"/>
              </w:rPr>
              <w:t>DATENSCHUTZ</w:t>
            </w:r>
            <w:r w:rsidRPr="0098529E">
              <w:rPr>
                <w:rFonts w:eastAsia="Liberation Sans"/>
                <w:b/>
                <w:color w:val="0C5C64"/>
                <w:sz w:val="16"/>
                <w:lang w:val="de-DE"/>
              </w:rPr>
              <w:br/>
            </w:r>
            <w:r w:rsidRPr="0098529E">
              <w:rPr>
                <w:rFonts w:eastAsia="Liberation Sans"/>
                <w:color w:val="232F34"/>
                <w:sz w:val="17"/>
                <w:lang w:val="de-DE"/>
              </w:rPr>
              <w:t>Besondere Daten und Supervision nur mit aktiver Einwilligung.</w:t>
            </w:r>
          </w:p>
        </w:tc>
      </w:tr>
    </w:tbl>
    <w:p w14:paraId="1AF4A5C8" w14:textId="77777777" w:rsidR="00451FB8" w:rsidRPr="0098529E" w:rsidRDefault="00000000">
      <w:pPr>
        <w:rPr>
          <w:lang w:val="de-DE"/>
        </w:rPr>
      </w:pPr>
      <w:r w:rsidRPr="0098529E">
        <w:rPr>
          <w:lang w:val="de-DE"/>
        </w:rPr>
        <w:br w:type="page"/>
      </w:r>
    </w:p>
    <w:p w14:paraId="3688A034" w14:textId="77777777" w:rsidR="00451FB8" w:rsidRPr="0098529E" w:rsidRDefault="00000000">
      <w:pPr>
        <w:pStyle w:val="berschrift1"/>
        <w:rPr>
          <w:lang w:val="de-DE"/>
        </w:rPr>
      </w:pPr>
      <w:r w:rsidRPr="0098529E">
        <w:rPr>
          <w:lang w:val="de-DE"/>
        </w:rPr>
        <w:lastRenderedPageBreak/>
        <w:t>Teil A · Vereinbarungen zu den Sitzungen</w:t>
      </w:r>
    </w:p>
    <w:tbl>
      <w:tblPr>
        <w:tblW w:w="0" w:type="auto"/>
        <w:jc w:val="center"/>
        <w:tblLayout w:type="fixed"/>
        <w:tblLook w:val="04A0" w:firstRow="1" w:lastRow="0" w:firstColumn="1" w:lastColumn="0" w:noHBand="0" w:noVBand="1"/>
      </w:tblPr>
      <w:tblGrid>
        <w:gridCol w:w="425"/>
        <w:gridCol w:w="9184"/>
      </w:tblGrid>
      <w:tr w:rsidR="00451FB8" w:rsidRPr="0098529E" w14:paraId="43D9B594"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3276CDB9" w14:textId="77777777" w:rsidR="00451FB8" w:rsidRPr="0098529E" w:rsidRDefault="00000000">
            <w:pPr>
              <w:jc w:val="center"/>
              <w:rPr>
                <w:lang w:val="de-DE"/>
              </w:rPr>
            </w:pPr>
            <w:r w:rsidRPr="0098529E">
              <w:rPr>
                <w:rFonts w:eastAsia="Liberation Sans"/>
                <w:b/>
                <w:color w:val="FFFFFF"/>
                <w:lang w:val="de-DE"/>
              </w:rPr>
              <w:t>1</w:t>
            </w:r>
          </w:p>
        </w:tc>
        <w:tc>
          <w:tcPr>
            <w:tcW w:w="9184" w:type="dxa"/>
            <w:tcBorders>
              <w:top w:val="nil"/>
              <w:left w:val="nil"/>
              <w:bottom w:val="nil"/>
              <w:right w:val="nil"/>
            </w:tcBorders>
            <w:tcMar>
              <w:top w:w="60" w:type="dxa"/>
              <w:left w:w="40" w:type="dxa"/>
              <w:bottom w:w="70" w:type="dxa"/>
              <w:right w:w="60" w:type="dxa"/>
            </w:tcMar>
          </w:tcPr>
          <w:p w14:paraId="12BEFC17" w14:textId="77777777" w:rsidR="00451FB8" w:rsidRPr="0098529E" w:rsidRDefault="00000000">
            <w:pPr>
              <w:spacing w:after="20" w:line="259" w:lineRule="auto"/>
              <w:rPr>
                <w:lang w:val="de-DE"/>
              </w:rPr>
            </w:pPr>
            <w:r w:rsidRPr="0098529E">
              <w:rPr>
                <w:rFonts w:eastAsia="Liberation Sans"/>
                <w:b/>
                <w:color w:val="162F36"/>
                <w:lang w:val="de-DE"/>
              </w:rPr>
              <w:t xml:space="preserve">Rahmen und Abgrenzung. </w:t>
            </w:r>
            <w:r w:rsidRPr="0098529E">
              <w:rPr>
                <w:rFonts w:eastAsia="Liberation Sans"/>
                <w:color w:val="1C262A"/>
                <w:lang w:val="de-DE"/>
              </w:rPr>
              <w:t xml:space="preserve">Die </w:t>
            </w:r>
            <w:proofErr w:type="spellStart"/>
            <w:r w:rsidRPr="0098529E">
              <w:rPr>
                <w:rFonts w:eastAsia="Liberation Sans"/>
                <w:color w:val="1C262A"/>
                <w:lang w:val="de-DE"/>
              </w:rPr>
              <w:t>Trainer:in</w:t>
            </w:r>
            <w:proofErr w:type="spellEnd"/>
            <w:r w:rsidRPr="0098529E">
              <w:rPr>
                <w:rFonts w:eastAsia="Liberation Sans"/>
                <w:color w:val="1C262A"/>
                <w:lang w:val="de-DE"/>
              </w:rPr>
              <w:t xml:space="preserve"> in Ausbildung stellt keine medizinische oder psychotherapeutische Diagnose, verschreibt keine Medikamente und behandelt keine körperlichen oder psychischen Erkrankungen. Focusing ersetzt keine ärztliche, psychotherapeutische oder sonstige heilkundliche Behandlung. Bei akuten Krisen oder Gefährdungssituationen wende ich mich an geeignete medizinische, psychotherapeutische oder lokale Notfall- und Krisendienste.</w:t>
            </w:r>
          </w:p>
        </w:tc>
      </w:tr>
      <w:tr w:rsidR="00451FB8" w:rsidRPr="0098529E" w14:paraId="6FD2C6E5"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1217C396" w14:textId="77777777" w:rsidR="00451FB8" w:rsidRPr="0098529E" w:rsidRDefault="00000000">
            <w:pPr>
              <w:jc w:val="center"/>
              <w:rPr>
                <w:lang w:val="de-DE"/>
              </w:rPr>
            </w:pPr>
            <w:r w:rsidRPr="0098529E">
              <w:rPr>
                <w:rFonts w:eastAsia="Liberation Sans"/>
                <w:b/>
                <w:color w:val="FFFFFF"/>
                <w:lang w:val="de-DE"/>
              </w:rPr>
              <w:t>2</w:t>
            </w:r>
          </w:p>
        </w:tc>
        <w:tc>
          <w:tcPr>
            <w:tcW w:w="9184" w:type="dxa"/>
            <w:tcBorders>
              <w:top w:val="nil"/>
              <w:left w:val="nil"/>
              <w:bottom w:val="nil"/>
              <w:right w:val="nil"/>
            </w:tcBorders>
            <w:tcMar>
              <w:top w:w="60" w:type="dxa"/>
              <w:left w:w="40" w:type="dxa"/>
              <w:bottom w:w="70" w:type="dxa"/>
              <w:right w:w="60" w:type="dxa"/>
            </w:tcMar>
          </w:tcPr>
          <w:p w14:paraId="34B71CA5" w14:textId="6F90BD5A" w:rsidR="00451FB8" w:rsidRPr="0098529E" w:rsidRDefault="00000000">
            <w:pPr>
              <w:spacing w:after="20" w:line="259" w:lineRule="auto"/>
              <w:rPr>
                <w:lang w:val="de-DE"/>
              </w:rPr>
            </w:pPr>
            <w:r w:rsidRPr="0098529E">
              <w:rPr>
                <w:rFonts w:eastAsia="Liberation Sans"/>
                <w:b/>
                <w:color w:val="162F36"/>
                <w:lang w:val="de-DE"/>
              </w:rPr>
              <w:t xml:space="preserve">Charakter des Focusing-Prozesses. </w:t>
            </w:r>
            <w:r w:rsidRPr="0098529E">
              <w:rPr>
                <w:rFonts w:eastAsia="Liberation Sans"/>
                <w:color w:val="1C262A"/>
                <w:lang w:val="de-DE"/>
              </w:rPr>
              <w:t>Focusing ist keine „schnelle Lösung“, sondern ein Prozess, in dem ich lerne, einen Zugang zu implizitem Wissen (</w:t>
            </w:r>
            <w:r w:rsidR="0098529E" w:rsidRPr="0098529E">
              <w:rPr>
                <w:rFonts w:eastAsia="Liberation Sans"/>
                <w:color w:val="1C262A"/>
                <w:lang w:val="de-DE"/>
              </w:rPr>
              <w:t>Felt Sense</w:t>
            </w:r>
            <w:r w:rsidRPr="0098529E">
              <w:rPr>
                <w:rFonts w:eastAsia="Liberation Sans"/>
                <w:color w:val="1C262A"/>
                <w:lang w:val="de-DE"/>
              </w:rPr>
              <w:t>) zu entwickeln. Mir ist bewusst, dass Nutzen und Wirkung der Sitzung(en) wesentlich von meiner eigenen Beteiligung abhängen. Ein bestimmter Erfolg wird nicht zugesichert.</w:t>
            </w:r>
          </w:p>
        </w:tc>
      </w:tr>
      <w:tr w:rsidR="00451FB8" w:rsidRPr="0098529E" w14:paraId="564BDDA4"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0425410C" w14:textId="77777777" w:rsidR="00451FB8" w:rsidRPr="0098529E" w:rsidRDefault="00000000">
            <w:pPr>
              <w:jc w:val="center"/>
              <w:rPr>
                <w:lang w:val="de-DE"/>
              </w:rPr>
            </w:pPr>
            <w:r w:rsidRPr="0098529E">
              <w:rPr>
                <w:rFonts w:eastAsia="Liberation Sans"/>
                <w:b/>
                <w:color w:val="FFFFFF"/>
                <w:lang w:val="de-DE"/>
              </w:rPr>
              <w:t>3</w:t>
            </w:r>
          </w:p>
        </w:tc>
        <w:tc>
          <w:tcPr>
            <w:tcW w:w="9184" w:type="dxa"/>
            <w:tcBorders>
              <w:top w:val="nil"/>
              <w:left w:val="nil"/>
              <w:bottom w:val="nil"/>
              <w:right w:val="nil"/>
            </w:tcBorders>
            <w:tcMar>
              <w:top w:w="60" w:type="dxa"/>
              <w:left w:w="40" w:type="dxa"/>
              <w:bottom w:w="70" w:type="dxa"/>
              <w:right w:w="60" w:type="dxa"/>
            </w:tcMar>
          </w:tcPr>
          <w:p w14:paraId="243D1498" w14:textId="3D43EC5E" w:rsidR="00451FB8" w:rsidRPr="0098529E" w:rsidRDefault="00000000">
            <w:pPr>
              <w:spacing w:after="20" w:line="259" w:lineRule="auto"/>
              <w:rPr>
                <w:lang w:val="de-DE"/>
              </w:rPr>
            </w:pPr>
            <w:r w:rsidRPr="0098529E">
              <w:rPr>
                <w:rFonts w:eastAsia="Liberation Sans"/>
                <w:b/>
                <w:color w:val="162F36"/>
                <w:lang w:val="de-DE"/>
              </w:rPr>
              <w:t xml:space="preserve">Anzahl und Beendigung. </w:t>
            </w:r>
            <w:r w:rsidRPr="0098529E">
              <w:rPr>
                <w:rFonts w:eastAsia="Liberation Sans"/>
                <w:color w:val="1C262A"/>
                <w:lang w:val="de-DE"/>
              </w:rPr>
              <w:t xml:space="preserve">Es können höchstens </w:t>
            </w:r>
            <w:r w:rsidR="0098529E" w:rsidRPr="0098529E">
              <w:rPr>
                <w:rFonts w:eastAsia="Liberation Sans"/>
                <w:color w:val="1C262A"/>
                <w:lang w:val="de-DE"/>
              </w:rPr>
              <w:t>drei</w:t>
            </w:r>
            <w:r w:rsidRPr="0098529E">
              <w:rPr>
                <w:rFonts w:eastAsia="Liberation Sans"/>
                <w:color w:val="1C262A"/>
                <w:lang w:val="de-DE"/>
              </w:rPr>
              <w:t xml:space="preserve"> Sitzungen </w:t>
            </w:r>
            <w:proofErr w:type="gramStart"/>
            <w:r w:rsidRPr="0098529E">
              <w:rPr>
                <w:rFonts w:eastAsia="Liberation Sans"/>
                <w:color w:val="1C262A"/>
                <w:lang w:val="de-DE"/>
              </w:rPr>
              <w:t xml:space="preserve">mit dieser </w:t>
            </w:r>
            <w:proofErr w:type="spellStart"/>
            <w:r w:rsidRPr="0098529E">
              <w:rPr>
                <w:rFonts w:eastAsia="Liberation Sans"/>
                <w:color w:val="1C262A"/>
                <w:lang w:val="de-DE"/>
              </w:rPr>
              <w:t>Trainer</w:t>
            </w:r>
            <w:proofErr w:type="gramEnd"/>
            <w:r w:rsidRPr="0098529E">
              <w:rPr>
                <w:rFonts w:eastAsia="Liberation Sans"/>
                <w:color w:val="1C262A"/>
                <w:lang w:val="de-DE"/>
              </w:rPr>
              <w:t>:in</w:t>
            </w:r>
            <w:proofErr w:type="spellEnd"/>
            <w:r w:rsidRPr="0098529E">
              <w:rPr>
                <w:rFonts w:eastAsia="Liberation Sans"/>
                <w:color w:val="1C262A"/>
                <w:lang w:val="de-DE"/>
              </w:rPr>
              <w:t xml:space="preserve"> in Ausbildung stattfinden. Sowohl die </w:t>
            </w:r>
            <w:proofErr w:type="spellStart"/>
            <w:r w:rsidRPr="0098529E">
              <w:rPr>
                <w:rFonts w:eastAsia="Liberation Sans"/>
                <w:color w:val="1C262A"/>
                <w:lang w:val="de-DE"/>
              </w:rPr>
              <w:t>Trainer:in</w:t>
            </w:r>
            <w:proofErr w:type="spellEnd"/>
            <w:r w:rsidRPr="0098529E">
              <w:rPr>
                <w:rFonts w:eastAsia="Liberation Sans"/>
                <w:color w:val="1C262A"/>
                <w:lang w:val="de-DE"/>
              </w:rPr>
              <w:t xml:space="preserve"> als auch ich können die Zusammenarbeit jederzeit und ohne Angabe von Gründen früher beenden. Bereits vereinbarte Termine sollen möglichst rechtzeitig abgesagt werden.</w:t>
            </w:r>
          </w:p>
        </w:tc>
      </w:tr>
      <w:tr w:rsidR="00451FB8" w:rsidRPr="0098529E" w14:paraId="097668D3"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3782AEED" w14:textId="77777777" w:rsidR="00451FB8" w:rsidRPr="0098529E" w:rsidRDefault="00000000">
            <w:pPr>
              <w:jc w:val="center"/>
              <w:rPr>
                <w:lang w:val="de-DE"/>
              </w:rPr>
            </w:pPr>
            <w:r w:rsidRPr="0098529E">
              <w:rPr>
                <w:rFonts w:eastAsia="Liberation Sans"/>
                <w:b/>
                <w:color w:val="FFFFFF"/>
                <w:lang w:val="de-DE"/>
              </w:rPr>
              <w:t>4</w:t>
            </w:r>
          </w:p>
        </w:tc>
        <w:tc>
          <w:tcPr>
            <w:tcW w:w="9184" w:type="dxa"/>
            <w:tcBorders>
              <w:top w:val="nil"/>
              <w:left w:val="nil"/>
              <w:bottom w:val="nil"/>
              <w:right w:val="nil"/>
            </w:tcBorders>
            <w:tcMar>
              <w:top w:w="60" w:type="dxa"/>
              <w:left w:w="40" w:type="dxa"/>
              <w:bottom w:w="70" w:type="dxa"/>
              <w:right w:w="60" w:type="dxa"/>
            </w:tcMar>
          </w:tcPr>
          <w:p w14:paraId="2B7D857A" w14:textId="77777777" w:rsidR="00451FB8" w:rsidRPr="0098529E" w:rsidRDefault="00000000">
            <w:pPr>
              <w:spacing w:after="20" w:line="259" w:lineRule="auto"/>
              <w:rPr>
                <w:lang w:val="de-DE"/>
              </w:rPr>
            </w:pPr>
            <w:r w:rsidRPr="0098529E">
              <w:rPr>
                <w:rFonts w:eastAsia="Liberation Sans"/>
                <w:b/>
                <w:color w:val="162F36"/>
                <w:lang w:val="de-DE"/>
              </w:rPr>
              <w:t xml:space="preserve">Feedback für die Ausbildung. </w:t>
            </w:r>
            <w:r w:rsidRPr="0098529E">
              <w:rPr>
                <w:rFonts w:eastAsia="Liberation Sans"/>
                <w:color w:val="1C262A"/>
                <w:lang w:val="de-DE"/>
              </w:rPr>
              <w:t xml:space="preserve">Nach jeder Sitzung gebe ich ein kurzes schriftliches Feedback, das ausschließlich der Ausbildung und fachlichen Reflexion der </w:t>
            </w:r>
            <w:proofErr w:type="spellStart"/>
            <w:r w:rsidRPr="0098529E">
              <w:rPr>
                <w:rFonts w:eastAsia="Liberation Sans"/>
                <w:color w:val="1C262A"/>
                <w:lang w:val="de-DE"/>
              </w:rPr>
              <w:t>Trainer:in</w:t>
            </w:r>
            <w:proofErr w:type="spellEnd"/>
            <w:r w:rsidRPr="0098529E">
              <w:rPr>
                <w:rFonts w:eastAsia="Liberation Sans"/>
                <w:color w:val="1C262A"/>
                <w:lang w:val="de-DE"/>
              </w:rPr>
              <w:t xml:space="preserve"> dient. Personenbezogene Angaben werden auf das erforderliche Maß beschränkt und nach Möglichkeit frühzeitig anonymisiert oder pseudonymisiert.</w:t>
            </w:r>
          </w:p>
        </w:tc>
      </w:tr>
      <w:tr w:rsidR="00451FB8" w:rsidRPr="0098529E" w14:paraId="1F1D476C"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1EA00F6A" w14:textId="77777777" w:rsidR="00451FB8" w:rsidRPr="0098529E" w:rsidRDefault="00000000">
            <w:pPr>
              <w:jc w:val="center"/>
              <w:rPr>
                <w:lang w:val="de-DE"/>
              </w:rPr>
            </w:pPr>
            <w:r w:rsidRPr="0098529E">
              <w:rPr>
                <w:rFonts w:eastAsia="Liberation Sans"/>
                <w:b/>
                <w:color w:val="FFFFFF"/>
                <w:lang w:val="de-DE"/>
              </w:rPr>
              <w:t>5</w:t>
            </w:r>
          </w:p>
        </w:tc>
        <w:tc>
          <w:tcPr>
            <w:tcW w:w="9184" w:type="dxa"/>
            <w:tcBorders>
              <w:top w:val="nil"/>
              <w:left w:val="nil"/>
              <w:bottom w:val="nil"/>
              <w:right w:val="nil"/>
            </w:tcBorders>
            <w:tcMar>
              <w:top w:w="60" w:type="dxa"/>
              <w:left w:w="40" w:type="dxa"/>
              <w:bottom w:w="70" w:type="dxa"/>
              <w:right w:w="60" w:type="dxa"/>
            </w:tcMar>
          </w:tcPr>
          <w:p w14:paraId="7D7C2826" w14:textId="77777777" w:rsidR="00451FB8" w:rsidRPr="0098529E" w:rsidRDefault="00000000">
            <w:pPr>
              <w:spacing w:after="20" w:line="259" w:lineRule="auto"/>
              <w:rPr>
                <w:lang w:val="de-DE"/>
              </w:rPr>
            </w:pPr>
            <w:r w:rsidRPr="0098529E">
              <w:rPr>
                <w:rFonts w:eastAsia="Liberation Sans"/>
                <w:b/>
                <w:color w:val="162F36"/>
                <w:lang w:val="de-DE"/>
              </w:rPr>
              <w:t xml:space="preserve">Pünktlichkeit und Terminabsagen. </w:t>
            </w:r>
            <w:r w:rsidRPr="0098529E">
              <w:rPr>
                <w:rFonts w:eastAsia="Liberation Sans"/>
                <w:color w:val="1C262A"/>
                <w:lang w:val="de-DE"/>
              </w:rPr>
              <w:t>Wenn ich verspätet zu einem Termin erscheine, verkürzt sich die verfügbare Sitzungszeit entsprechend. Wird ein Termin nicht mindestens 48 Stunden vorher abgesagt, gilt eine der kostenfreien Sitzungen als in Anspruch genommen. Dies gilt unabhängig vom Grund der Absage; abweichende individuelle Vereinbarungen bleiben möglich.</w:t>
            </w:r>
          </w:p>
        </w:tc>
      </w:tr>
      <w:tr w:rsidR="00451FB8" w:rsidRPr="0098529E" w14:paraId="7D1301EE"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4149B940" w14:textId="77777777" w:rsidR="00451FB8" w:rsidRPr="0098529E" w:rsidRDefault="00000000">
            <w:pPr>
              <w:jc w:val="center"/>
              <w:rPr>
                <w:lang w:val="de-DE"/>
              </w:rPr>
            </w:pPr>
            <w:r w:rsidRPr="0098529E">
              <w:rPr>
                <w:rFonts w:eastAsia="Liberation Sans"/>
                <w:b/>
                <w:color w:val="FFFFFF"/>
                <w:lang w:val="de-DE"/>
              </w:rPr>
              <w:t>6</w:t>
            </w:r>
          </w:p>
        </w:tc>
        <w:tc>
          <w:tcPr>
            <w:tcW w:w="9184" w:type="dxa"/>
            <w:tcBorders>
              <w:top w:val="nil"/>
              <w:left w:val="nil"/>
              <w:bottom w:val="nil"/>
              <w:right w:val="nil"/>
            </w:tcBorders>
            <w:tcMar>
              <w:top w:w="60" w:type="dxa"/>
              <w:left w:w="40" w:type="dxa"/>
              <w:bottom w:w="70" w:type="dxa"/>
              <w:right w:w="60" w:type="dxa"/>
            </w:tcMar>
          </w:tcPr>
          <w:p w14:paraId="44549CDF" w14:textId="77777777" w:rsidR="00451FB8" w:rsidRPr="0098529E" w:rsidRDefault="00000000">
            <w:pPr>
              <w:spacing w:after="20" w:line="259" w:lineRule="auto"/>
              <w:rPr>
                <w:lang w:val="de-DE"/>
              </w:rPr>
            </w:pPr>
            <w:r w:rsidRPr="0098529E">
              <w:rPr>
                <w:rFonts w:eastAsia="Liberation Sans"/>
                <w:b/>
                <w:color w:val="162F36"/>
                <w:lang w:val="de-DE"/>
              </w:rPr>
              <w:t xml:space="preserve">Terminverantwortung. </w:t>
            </w:r>
            <w:r w:rsidRPr="0098529E">
              <w:rPr>
                <w:rFonts w:eastAsia="Liberation Sans"/>
                <w:color w:val="1C262A"/>
                <w:lang w:val="de-DE"/>
              </w:rPr>
              <w:t>Ich bin selbst dafür verantwortlich, meine Termine zu notieren und Folgetermine zu vereinbaren. Erinnerungsanrufe oder Erinnerungs-E-Mails erfolgen nur, wenn dies ausdrücklich separat vereinbart wurde.</w:t>
            </w:r>
          </w:p>
        </w:tc>
      </w:tr>
      <w:tr w:rsidR="00451FB8" w:rsidRPr="0098529E" w14:paraId="3F5BAE17"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5D3E0F61" w14:textId="77777777" w:rsidR="00451FB8" w:rsidRPr="0098529E" w:rsidRDefault="00000000" w:rsidP="0098529E">
            <w:pPr>
              <w:jc w:val="center"/>
              <w:rPr>
                <w:lang w:val="de-DE"/>
              </w:rPr>
            </w:pPr>
            <w:r w:rsidRPr="0098529E">
              <w:rPr>
                <w:b/>
                <w:color w:val="FFFFFF" w:themeColor="background1"/>
                <w:sz w:val="18"/>
                <w:lang w:val="de-DE"/>
              </w:rPr>
              <w:t>7</w:t>
            </w:r>
          </w:p>
        </w:tc>
        <w:tc>
          <w:tcPr>
            <w:tcW w:w="9184" w:type="dxa"/>
            <w:tcBorders>
              <w:top w:val="nil"/>
              <w:left w:val="nil"/>
              <w:bottom w:val="nil"/>
              <w:right w:val="nil"/>
            </w:tcBorders>
            <w:tcMar>
              <w:top w:w="60" w:type="dxa"/>
              <w:left w:w="40" w:type="dxa"/>
              <w:bottom w:w="70" w:type="dxa"/>
              <w:right w:w="60" w:type="dxa"/>
            </w:tcMar>
          </w:tcPr>
          <w:p w14:paraId="30E0E91C" w14:textId="77777777" w:rsidR="00451FB8" w:rsidRPr="0098529E" w:rsidRDefault="00000000">
            <w:pPr>
              <w:rPr>
                <w:lang w:val="de-DE"/>
              </w:rPr>
            </w:pPr>
            <w:r w:rsidRPr="0098529E">
              <w:rPr>
                <w:b/>
                <w:bCs/>
                <w:szCs w:val="24"/>
                <w:lang w:val="de-DE"/>
              </w:rPr>
              <w:t>Vertraulichkeit und mögliche Aufzeichnung.</w:t>
            </w:r>
            <w:r w:rsidRPr="0098529E">
              <w:rPr>
                <w:sz w:val="18"/>
                <w:lang w:val="de-DE"/>
              </w:rPr>
              <w:t xml:space="preserve"> </w:t>
            </w:r>
            <w:r w:rsidRPr="0098529E">
              <w:rPr>
                <w:szCs w:val="24"/>
                <w:lang w:val="de-DE"/>
              </w:rPr>
              <w:t xml:space="preserve">Inhalte, die ich mitteile, werden vertraulich behandelt. Für Ausbildungszwecke dürfen erforderliche, möglichst anonymisierte oder pseudonymisierte Ausschnitte in Supervision oder einer fachlichen Konsultationsgruppe besprochen werden, sofern ich hierzu unten ausdrücklich einwillige. Eine Sitzung darf nur nach gesonderter, freiwilliger und ausdrücklicher Einwilligung als Audio oder Video aufgezeichnet werden. Die Aufnahme darf ausschließlich </w:t>
            </w:r>
            <w:proofErr w:type="gramStart"/>
            <w:r w:rsidRPr="0098529E">
              <w:rPr>
                <w:szCs w:val="24"/>
                <w:lang w:val="de-DE"/>
              </w:rPr>
              <w:t xml:space="preserve">von der </w:t>
            </w:r>
            <w:proofErr w:type="spellStart"/>
            <w:r w:rsidRPr="0098529E">
              <w:rPr>
                <w:szCs w:val="24"/>
                <w:lang w:val="de-DE"/>
              </w:rPr>
              <w:t>Trainer</w:t>
            </w:r>
            <w:proofErr w:type="gramEnd"/>
            <w:r w:rsidRPr="0098529E">
              <w:rPr>
                <w:szCs w:val="24"/>
                <w:lang w:val="de-DE"/>
              </w:rPr>
              <w:t>:in</w:t>
            </w:r>
            <w:proofErr w:type="spellEnd"/>
            <w:r w:rsidRPr="0098529E">
              <w:rPr>
                <w:szCs w:val="24"/>
                <w:lang w:val="de-DE"/>
              </w:rPr>
              <w:t xml:space="preserve"> in Ausbildung und </w:t>
            </w:r>
            <w:proofErr w:type="gramStart"/>
            <w:r w:rsidRPr="0098529E">
              <w:rPr>
                <w:szCs w:val="24"/>
                <w:lang w:val="de-DE"/>
              </w:rPr>
              <w:t xml:space="preserve">der namentlich benannten </w:t>
            </w:r>
            <w:proofErr w:type="spellStart"/>
            <w:r w:rsidRPr="0098529E">
              <w:rPr>
                <w:szCs w:val="24"/>
                <w:lang w:val="de-DE"/>
              </w:rPr>
              <w:t>Mentor</w:t>
            </w:r>
            <w:proofErr w:type="gramEnd"/>
            <w:r w:rsidRPr="0098529E">
              <w:rPr>
                <w:szCs w:val="24"/>
                <w:lang w:val="de-DE"/>
              </w:rPr>
              <w:t>:in</w:t>
            </w:r>
            <w:proofErr w:type="spellEnd"/>
            <w:r w:rsidRPr="0098529E">
              <w:rPr>
                <w:szCs w:val="24"/>
                <w:lang w:val="de-DE"/>
              </w:rPr>
              <w:t xml:space="preserve"> gehört bzw. angesehen werden. Eine Veröffentlichung, Weitergabe, Vervielfältigung oder Nutzung für andere Zwecke ist ausgeschlossen.</w:t>
            </w:r>
          </w:p>
        </w:tc>
      </w:tr>
      <w:tr w:rsidR="00451FB8" w:rsidRPr="0098529E" w14:paraId="3E1AD0C0"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3B3276CE" w14:textId="77777777" w:rsidR="00451FB8" w:rsidRPr="0098529E" w:rsidRDefault="00000000">
            <w:pPr>
              <w:jc w:val="center"/>
              <w:rPr>
                <w:lang w:val="de-DE"/>
              </w:rPr>
            </w:pPr>
            <w:r w:rsidRPr="0098529E">
              <w:rPr>
                <w:rFonts w:eastAsia="Liberation Sans"/>
                <w:b/>
                <w:color w:val="FFFFFF"/>
                <w:lang w:val="de-DE"/>
              </w:rPr>
              <w:t>8</w:t>
            </w:r>
          </w:p>
        </w:tc>
        <w:tc>
          <w:tcPr>
            <w:tcW w:w="9184" w:type="dxa"/>
            <w:tcBorders>
              <w:top w:val="nil"/>
              <w:left w:val="nil"/>
              <w:bottom w:val="nil"/>
              <w:right w:val="nil"/>
            </w:tcBorders>
            <w:tcMar>
              <w:top w:w="60" w:type="dxa"/>
              <w:left w:w="40" w:type="dxa"/>
              <w:bottom w:w="70" w:type="dxa"/>
              <w:right w:w="60" w:type="dxa"/>
            </w:tcMar>
          </w:tcPr>
          <w:p w14:paraId="1A049D7F" w14:textId="77777777" w:rsidR="00451FB8" w:rsidRPr="0098529E" w:rsidRDefault="00000000">
            <w:pPr>
              <w:spacing w:after="20" w:line="259" w:lineRule="auto"/>
              <w:rPr>
                <w:lang w:val="de-DE"/>
              </w:rPr>
            </w:pPr>
            <w:r w:rsidRPr="0098529E">
              <w:rPr>
                <w:rFonts w:eastAsia="Liberation Sans"/>
                <w:b/>
                <w:color w:val="162F36"/>
                <w:lang w:val="de-DE"/>
              </w:rPr>
              <w:t xml:space="preserve">Volljährigkeit. </w:t>
            </w:r>
            <w:r w:rsidRPr="0098529E">
              <w:rPr>
                <w:rFonts w:eastAsia="Liberation Sans"/>
                <w:color w:val="1C262A"/>
                <w:lang w:val="de-DE"/>
              </w:rPr>
              <w:t>Ich bestätige, dass ich mindestens 18 Jahre alt und in der Lage bin, die Bedeutung dieser Vereinbarung und der Einwilligungen zu verstehen.</w:t>
            </w:r>
          </w:p>
        </w:tc>
      </w:tr>
    </w:tbl>
    <w:p w14:paraId="25C737C2" w14:textId="77777777" w:rsidR="00451FB8" w:rsidRPr="0098529E" w:rsidRDefault="00000000">
      <w:pPr>
        <w:rPr>
          <w:lang w:val="de-DE"/>
        </w:rPr>
      </w:pPr>
      <w:r w:rsidRPr="0098529E">
        <w:rPr>
          <w:lang w:val="de-DE"/>
        </w:rPr>
        <w:br w:type="page"/>
      </w:r>
    </w:p>
    <w:p w14:paraId="66B2D76E" w14:textId="77777777" w:rsidR="00451FB8" w:rsidRPr="0098529E" w:rsidRDefault="00000000">
      <w:pPr>
        <w:pStyle w:val="berschrift1"/>
        <w:rPr>
          <w:lang w:val="de-DE"/>
        </w:rPr>
      </w:pPr>
      <w:r w:rsidRPr="0098529E">
        <w:rPr>
          <w:lang w:val="de-DE"/>
        </w:rPr>
        <w:lastRenderedPageBreak/>
        <w:t>Teil B · Datenschutzinformationen nach Art. 13 DSGVO</w:t>
      </w:r>
    </w:p>
    <w:p w14:paraId="75FF7B83" w14:textId="0E8AEB7D" w:rsidR="00451FB8" w:rsidRPr="0098529E" w:rsidRDefault="00000000">
      <w:pPr>
        <w:rPr>
          <w:lang w:val="de-DE"/>
        </w:rPr>
      </w:pPr>
      <w:r w:rsidRPr="0098529E">
        <w:rPr>
          <w:rFonts w:eastAsia="Liberation Sans"/>
          <w:color w:val="1C262A"/>
          <w:sz w:val="19"/>
          <w:lang w:val="de-DE"/>
        </w:rPr>
        <w:t xml:space="preserve">Die folgenden Angaben erläutern, wie personenbezogene Daten im Zusammenhang mit den Übungssitzungen verarbeitet werden. </w:t>
      </w:r>
    </w:p>
    <w:p w14:paraId="653247A6" w14:textId="77777777" w:rsidR="00451FB8" w:rsidRPr="0098529E" w:rsidRDefault="00000000">
      <w:pPr>
        <w:pStyle w:val="berschrift2"/>
        <w:rPr>
          <w:lang w:val="de-DE"/>
        </w:rPr>
      </w:pPr>
      <w:r w:rsidRPr="0098529E">
        <w:rPr>
          <w:lang w:val="de-DE"/>
        </w:rPr>
        <w:t>1. Verantwortliche Stelle und Datenschutzkontakt</w:t>
      </w:r>
    </w:p>
    <w:tbl>
      <w:tblPr>
        <w:tblW w:w="0" w:type="auto"/>
        <w:jc w:val="center"/>
        <w:tblLayout w:type="fixed"/>
        <w:tblLook w:val="04A0" w:firstRow="1" w:lastRow="0" w:firstColumn="1" w:lastColumn="0" w:noHBand="0" w:noVBand="1"/>
      </w:tblPr>
      <w:tblGrid>
        <w:gridCol w:w="3118"/>
        <w:gridCol w:w="6236"/>
      </w:tblGrid>
      <w:tr w:rsidR="00451FB8" w:rsidRPr="0098529E" w14:paraId="168098B9"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54F39D45" w14:textId="77777777" w:rsidR="00451FB8" w:rsidRPr="0098529E" w:rsidRDefault="00000000">
            <w:pPr>
              <w:rPr>
                <w:lang w:val="de-DE"/>
              </w:rPr>
            </w:pPr>
            <w:r w:rsidRPr="0098529E">
              <w:rPr>
                <w:rFonts w:eastAsia="Liberation Sans"/>
                <w:b/>
                <w:color w:val="162F36"/>
                <w:sz w:val="17"/>
                <w:lang w:val="de-DE"/>
              </w:rPr>
              <w:t>Verantwortliche Stelle</w:t>
            </w:r>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20E54479" w14:textId="77777777" w:rsidR="00451FB8" w:rsidRPr="0098529E" w:rsidRDefault="00000000">
            <w:pPr>
              <w:rPr>
                <w:lang w:val="de-DE"/>
              </w:rPr>
            </w:pPr>
            <w:r w:rsidRPr="0098529E">
              <w:rPr>
                <w:rFonts w:eastAsia="Liberation Sans"/>
                <w:i/>
                <w:color w:val="505C62"/>
                <w:sz w:val="18"/>
                <w:lang w:val="de-DE"/>
              </w:rPr>
              <w:t>[Name und vollständige Anschrift]</w:t>
            </w:r>
          </w:p>
        </w:tc>
      </w:tr>
      <w:tr w:rsidR="00451FB8" w:rsidRPr="0098529E" w14:paraId="4D5B8C22"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5E6F9E9D" w14:textId="77777777" w:rsidR="00451FB8" w:rsidRPr="0098529E" w:rsidRDefault="00000000">
            <w:pPr>
              <w:rPr>
                <w:lang w:val="de-DE"/>
              </w:rPr>
            </w:pPr>
            <w:r w:rsidRPr="0098529E">
              <w:rPr>
                <w:rFonts w:eastAsia="Liberation Sans"/>
                <w:b/>
                <w:color w:val="162F36"/>
                <w:sz w:val="17"/>
                <w:lang w:val="de-DE"/>
              </w:rPr>
              <w:t>Datenschutzkontakt</w:t>
            </w:r>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7B24C9B8" w14:textId="77777777" w:rsidR="00451FB8" w:rsidRPr="0098529E" w:rsidRDefault="00000000">
            <w:pPr>
              <w:rPr>
                <w:lang w:val="de-DE"/>
              </w:rPr>
            </w:pPr>
            <w:r w:rsidRPr="0098529E">
              <w:rPr>
                <w:rFonts w:eastAsia="Liberation Sans"/>
                <w:i/>
                <w:color w:val="505C62"/>
                <w:sz w:val="18"/>
                <w:lang w:val="de-DE"/>
              </w:rPr>
              <w:t>[E-Mail-Adresse und ggf. Telefonnummer]</w:t>
            </w:r>
          </w:p>
        </w:tc>
      </w:tr>
      <w:tr w:rsidR="00451FB8" w:rsidRPr="0098529E" w14:paraId="3D3EC398"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4C1BCA98" w14:textId="77777777" w:rsidR="00451FB8" w:rsidRPr="0098529E" w:rsidRDefault="00000000">
            <w:pPr>
              <w:rPr>
                <w:lang w:val="de-DE"/>
              </w:rPr>
            </w:pPr>
            <w:proofErr w:type="spellStart"/>
            <w:proofErr w:type="gramStart"/>
            <w:r w:rsidRPr="0098529E">
              <w:rPr>
                <w:rFonts w:eastAsia="Liberation Sans"/>
                <w:b/>
                <w:color w:val="162F36"/>
                <w:sz w:val="17"/>
                <w:lang w:val="de-DE"/>
              </w:rPr>
              <w:t>Datenschutzbeauftragte:r</w:t>
            </w:r>
            <w:proofErr w:type="spellEnd"/>
            <w:proofErr w:type="gramEnd"/>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613805AE" w14:textId="77777777" w:rsidR="00451FB8" w:rsidRPr="0098529E" w:rsidRDefault="00000000">
            <w:pPr>
              <w:rPr>
                <w:lang w:val="de-DE"/>
              </w:rPr>
            </w:pPr>
            <w:r w:rsidRPr="0098529E">
              <w:rPr>
                <w:rFonts w:eastAsia="Liberation Sans"/>
                <w:i/>
                <w:color w:val="505C62"/>
                <w:sz w:val="18"/>
                <w:lang w:val="de-DE"/>
              </w:rPr>
              <w:t>[falls bestellt: Name/Kontakt; sonst „nicht bestellt“]</w:t>
            </w:r>
          </w:p>
        </w:tc>
      </w:tr>
      <w:tr w:rsidR="00451FB8" w:rsidRPr="0098529E" w14:paraId="41A748DC"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2BE280D3" w14:textId="77777777" w:rsidR="00451FB8" w:rsidRPr="0098529E" w:rsidRDefault="00000000">
            <w:pPr>
              <w:rPr>
                <w:lang w:val="de-DE"/>
              </w:rPr>
            </w:pPr>
            <w:r w:rsidRPr="0098529E">
              <w:rPr>
                <w:rFonts w:eastAsia="Liberation Sans"/>
                <w:b/>
                <w:color w:val="162F36"/>
                <w:sz w:val="17"/>
                <w:lang w:val="de-DE"/>
              </w:rPr>
              <w:t>Zuständige Aufsichtsbehörde</w:t>
            </w:r>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2B74F9FE" w14:textId="77777777" w:rsidR="00451FB8" w:rsidRPr="0098529E" w:rsidRDefault="00000000">
            <w:pPr>
              <w:rPr>
                <w:lang w:val="de-DE"/>
              </w:rPr>
            </w:pPr>
            <w:r w:rsidRPr="0098529E">
              <w:rPr>
                <w:rFonts w:eastAsia="Liberation Sans"/>
                <w:i/>
                <w:color w:val="505C62"/>
                <w:sz w:val="18"/>
                <w:lang w:val="de-DE"/>
              </w:rPr>
              <w:t>[Name und Kontaktdaten der zuständigen Datenschutzaufsichtsbehörde]</w:t>
            </w:r>
          </w:p>
        </w:tc>
      </w:tr>
    </w:tbl>
    <w:p w14:paraId="49A2F39E" w14:textId="77777777" w:rsidR="00451FB8" w:rsidRPr="0098529E" w:rsidRDefault="00000000">
      <w:pPr>
        <w:pStyle w:val="berschrift2"/>
        <w:rPr>
          <w:lang w:val="de-DE"/>
        </w:rPr>
      </w:pPr>
      <w:r w:rsidRPr="0098529E">
        <w:rPr>
          <w:lang w:val="de-DE"/>
        </w:rPr>
        <w:t>2. Kategorien verarbeiteter Daten</w:t>
      </w:r>
    </w:p>
    <w:p w14:paraId="0B68CA1F"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Stamm- und Kontaktdaten, insbesondere Name, E-Mail-Adresse und ggf. Telefonnummer.</w:t>
      </w:r>
    </w:p>
    <w:p w14:paraId="4E1EB2F2"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Termin-, Kommunikations- und Organisationsdaten sowie Angaben zum Sitzungsformat.</w:t>
      </w:r>
    </w:p>
    <w:p w14:paraId="0AC3C3C9"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Die Vereinbarung, Einwilligungserklärungen und deren Nachweis, einschließlich Datum und Unterschrift.</w:t>
      </w:r>
    </w:p>
    <w:p w14:paraId="133AAFA4"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Schriftliches Feedback zur Sitzung und zur Ausbildung.</w:t>
      </w:r>
    </w:p>
    <w:p w14:paraId="4D70F434"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Inhalte, die während der Sitzung freiwillig mitgeteilt werden. Diese können im Einzelfall besondere Kategorien personenbezogener Daten enthalten, insbesondere Gesundheitsdaten oder Angaben zu besonders geschützten persönlichen Lebensbereichen.</w:t>
      </w:r>
    </w:p>
    <w:p w14:paraId="01554FA1"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Bei digitalen Sitzungen oder elektronischer Kommunikation: technisch notwendige Verbindungs- und Metadaten der konkret eingesetzten Dienste: [Dienste eintragen].</w:t>
      </w:r>
    </w:p>
    <w:p w14:paraId="40DC73B5" w14:textId="77777777" w:rsidR="00451FB8" w:rsidRPr="0098529E" w:rsidRDefault="00000000">
      <w:pPr>
        <w:pStyle w:val="BodyBullet"/>
        <w:ind w:left="369" w:hanging="198"/>
        <w:rPr>
          <w:lang w:val="de-DE"/>
        </w:rPr>
      </w:pPr>
      <w:r w:rsidRPr="0098529E">
        <w:rPr>
          <w:lang w:val="de-DE"/>
        </w:rPr>
        <w:t>• Sofern gesondert eingewilligt: Audio- oder Videoaufnahme einer konkret bezeichneten Sitzung, einschließlich Stimme, Bild, freiwillig geäußerter Sitzungsinhalte sowie technisch anfallender Datei- und Metadaten.</w:t>
      </w:r>
    </w:p>
    <w:p w14:paraId="644FC4A3" w14:textId="77777777" w:rsidR="00451FB8" w:rsidRPr="0098529E" w:rsidRDefault="00000000">
      <w:pPr>
        <w:pStyle w:val="berschrift2"/>
        <w:rPr>
          <w:lang w:val="de-DE"/>
        </w:rPr>
      </w:pPr>
      <w:r w:rsidRPr="0098529E">
        <w:rPr>
          <w:lang w:val="de-DE"/>
        </w:rPr>
        <w:t>3. Zwecke und Rechtsgrundlagen</w:t>
      </w:r>
    </w:p>
    <w:tbl>
      <w:tblPr>
        <w:tblW w:w="0" w:type="auto"/>
        <w:jc w:val="center"/>
        <w:tblLayout w:type="fixed"/>
        <w:tblLook w:val="04A0" w:firstRow="1" w:lastRow="0" w:firstColumn="1" w:lastColumn="0" w:noHBand="0" w:noVBand="1"/>
      </w:tblPr>
      <w:tblGrid>
        <w:gridCol w:w="3402"/>
        <w:gridCol w:w="2268"/>
        <w:gridCol w:w="3685"/>
      </w:tblGrid>
      <w:tr w:rsidR="00451FB8" w:rsidRPr="0098529E" w14:paraId="19770FBE" w14:textId="77777777">
        <w:trPr>
          <w:cantSplit/>
          <w:tblHeader/>
          <w:jc w:val="center"/>
        </w:trPr>
        <w:tc>
          <w:tcPr>
            <w:tcW w:w="3402" w:type="dxa"/>
            <w:shd w:val="clear" w:color="auto" w:fill="0C5C64"/>
            <w:tcMar>
              <w:top w:w="90" w:type="dxa"/>
              <w:left w:w="90" w:type="dxa"/>
              <w:bottom w:w="90" w:type="dxa"/>
              <w:right w:w="90" w:type="dxa"/>
            </w:tcMar>
          </w:tcPr>
          <w:p w14:paraId="63379D5F" w14:textId="77777777" w:rsidR="00451FB8" w:rsidRPr="0098529E" w:rsidRDefault="00000000">
            <w:pPr>
              <w:rPr>
                <w:lang w:val="de-DE"/>
              </w:rPr>
            </w:pPr>
            <w:r w:rsidRPr="0098529E">
              <w:rPr>
                <w:rFonts w:eastAsia="Liberation Sans"/>
                <w:b/>
                <w:color w:val="FFFFFF"/>
                <w:sz w:val="17"/>
                <w:lang w:val="de-DE"/>
              </w:rPr>
              <w:t>Zweck</w:t>
            </w:r>
          </w:p>
        </w:tc>
        <w:tc>
          <w:tcPr>
            <w:tcW w:w="2268" w:type="dxa"/>
            <w:shd w:val="clear" w:color="auto" w:fill="0C5C64"/>
            <w:tcMar>
              <w:top w:w="90" w:type="dxa"/>
              <w:left w:w="90" w:type="dxa"/>
              <w:bottom w:w="90" w:type="dxa"/>
              <w:right w:w="90" w:type="dxa"/>
            </w:tcMar>
          </w:tcPr>
          <w:p w14:paraId="679D1E86" w14:textId="77777777" w:rsidR="00451FB8" w:rsidRPr="0098529E" w:rsidRDefault="00000000">
            <w:pPr>
              <w:rPr>
                <w:lang w:val="de-DE"/>
              </w:rPr>
            </w:pPr>
            <w:r w:rsidRPr="0098529E">
              <w:rPr>
                <w:rFonts w:eastAsia="Liberation Sans"/>
                <w:b/>
                <w:color w:val="FFFFFF"/>
                <w:sz w:val="17"/>
                <w:lang w:val="de-DE"/>
              </w:rPr>
              <w:t>Rechtsgrundlage</w:t>
            </w:r>
          </w:p>
        </w:tc>
        <w:tc>
          <w:tcPr>
            <w:tcW w:w="3685" w:type="dxa"/>
            <w:shd w:val="clear" w:color="auto" w:fill="0C5C64"/>
            <w:tcMar>
              <w:top w:w="90" w:type="dxa"/>
              <w:left w:w="90" w:type="dxa"/>
              <w:bottom w:w="90" w:type="dxa"/>
              <w:right w:w="90" w:type="dxa"/>
            </w:tcMar>
          </w:tcPr>
          <w:p w14:paraId="11A8F2CB" w14:textId="77777777" w:rsidR="00451FB8" w:rsidRPr="0098529E" w:rsidRDefault="00000000">
            <w:pPr>
              <w:rPr>
                <w:lang w:val="de-DE"/>
              </w:rPr>
            </w:pPr>
            <w:r w:rsidRPr="0098529E">
              <w:rPr>
                <w:rFonts w:eastAsia="Liberation Sans"/>
                <w:b/>
                <w:color w:val="FFFFFF"/>
                <w:sz w:val="17"/>
                <w:lang w:val="de-DE"/>
              </w:rPr>
              <w:t>Hinweis</w:t>
            </w:r>
          </w:p>
        </w:tc>
      </w:tr>
      <w:tr w:rsidR="00451FB8" w:rsidRPr="0098529E" w14:paraId="2B81F656"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07A3B622" w14:textId="77777777" w:rsidR="00451FB8" w:rsidRPr="0098529E" w:rsidRDefault="00000000">
            <w:pPr>
              <w:rPr>
                <w:lang w:val="de-DE"/>
              </w:rPr>
            </w:pPr>
            <w:r w:rsidRPr="0098529E">
              <w:rPr>
                <w:rFonts w:eastAsia="Liberation Sans"/>
                <w:color w:val="1C262A"/>
                <w:sz w:val="16"/>
                <w:lang w:val="de-DE"/>
              </w:rPr>
              <w:t>Anbahnung, Organisation und Durchführung der vereinbarten Übungssitzungen</w:t>
            </w:r>
          </w:p>
        </w:tc>
        <w:tc>
          <w:tcPr>
            <w:tcW w:w="2268"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2E8EDC1E" w14:textId="77777777" w:rsidR="00451FB8" w:rsidRPr="0098529E" w:rsidRDefault="00000000">
            <w:pPr>
              <w:rPr>
                <w:lang w:val="de-DE"/>
              </w:rPr>
            </w:pPr>
            <w:r w:rsidRPr="0098529E">
              <w:rPr>
                <w:rFonts w:eastAsia="Liberation Sans"/>
                <w:color w:val="1C262A"/>
                <w:sz w:val="16"/>
                <w:lang w:val="de-DE"/>
              </w:rPr>
              <w:t xml:space="preserve">Art. 6 Abs. 1 </w:t>
            </w:r>
            <w:proofErr w:type="spellStart"/>
            <w:r w:rsidRPr="0098529E">
              <w:rPr>
                <w:rFonts w:eastAsia="Liberation Sans"/>
                <w:color w:val="1C262A"/>
                <w:sz w:val="16"/>
                <w:lang w:val="de-DE"/>
              </w:rPr>
              <w:t>lit</w:t>
            </w:r>
            <w:proofErr w:type="spellEnd"/>
            <w:r w:rsidRPr="0098529E">
              <w:rPr>
                <w:rFonts w:eastAsia="Liberation Sans"/>
                <w:color w:val="1C262A"/>
                <w:sz w:val="16"/>
                <w:lang w:val="de-DE"/>
              </w:rPr>
              <w:t>. b DSGVO</w:t>
            </w:r>
          </w:p>
        </w:tc>
        <w:tc>
          <w:tcPr>
            <w:tcW w:w="3685"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399F335B" w14:textId="77777777" w:rsidR="00451FB8" w:rsidRPr="0098529E" w:rsidRDefault="00000000">
            <w:pPr>
              <w:rPr>
                <w:lang w:val="de-DE"/>
              </w:rPr>
            </w:pPr>
            <w:r w:rsidRPr="0098529E">
              <w:rPr>
                <w:rFonts w:eastAsia="Liberation Sans"/>
                <w:color w:val="1C262A"/>
                <w:sz w:val="16"/>
                <w:lang w:val="de-DE"/>
              </w:rPr>
              <w:t>Verarbeitung zur Durchführung der Vereinbarung.</w:t>
            </w:r>
          </w:p>
        </w:tc>
      </w:tr>
      <w:tr w:rsidR="00451FB8" w:rsidRPr="0098529E" w14:paraId="4512C1AF"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33D417A3" w14:textId="77777777" w:rsidR="00451FB8" w:rsidRPr="0098529E" w:rsidRDefault="00000000">
            <w:pPr>
              <w:rPr>
                <w:lang w:val="de-DE"/>
              </w:rPr>
            </w:pPr>
            <w:r w:rsidRPr="0098529E">
              <w:rPr>
                <w:rFonts w:eastAsia="Liberation Sans"/>
                <w:color w:val="1C262A"/>
                <w:sz w:val="16"/>
                <w:lang w:val="de-DE"/>
              </w:rPr>
              <w:t>Dokumentation der Vereinbarung, Einwilligungen und ggf. Abwehr oder Geltendmachung von Ansprüchen</w:t>
            </w:r>
          </w:p>
        </w:tc>
        <w:tc>
          <w:tcPr>
            <w:tcW w:w="2268"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6A9B8C3F" w14:textId="77777777" w:rsidR="00451FB8" w:rsidRPr="0098529E" w:rsidRDefault="00000000">
            <w:pPr>
              <w:rPr>
                <w:lang w:val="de-DE"/>
              </w:rPr>
            </w:pPr>
            <w:r w:rsidRPr="0098529E">
              <w:rPr>
                <w:rFonts w:eastAsia="Liberation Sans"/>
                <w:color w:val="1C262A"/>
                <w:sz w:val="16"/>
                <w:lang w:val="de-DE"/>
              </w:rPr>
              <w:t xml:space="preserve">Art. 6 Abs. 1 </w:t>
            </w:r>
            <w:proofErr w:type="spellStart"/>
            <w:r w:rsidRPr="0098529E">
              <w:rPr>
                <w:rFonts w:eastAsia="Liberation Sans"/>
                <w:color w:val="1C262A"/>
                <w:sz w:val="16"/>
                <w:lang w:val="de-DE"/>
              </w:rPr>
              <w:t>lit</w:t>
            </w:r>
            <w:proofErr w:type="spellEnd"/>
            <w:r w:rsidRPr="0098529E">
              <w:rPr>
                <w:rFonts w:eastAsia="Liberation Sans"/>
                <w:color w:val="1C262A"/>
                <w:sz w:val="16"/>
                <w:lang w:val="de-DE"/>
              </w:rPr>
              <w:t>. f DSGVO</w:t>
            </w:r>
          </w:p>
        </w:tc>
        <w:tc>
          <w:tcPr>
            <w:tcW w:w="3685"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6C604A64" w14:textId="77777777" w:rsidR="00451FB8" w:rsidRPr="0098529E" w:rsidRDefault="00000000">
            <w:pPr>
              <w:rPr>
                <w:lang w:val="de-DE"/>
              </w:rPr>
            </w:pPr>
            <w:r w:rsidRPr="0098529E">
              <w:rPr>
                <w:rFonts w:eastAsia="Liberation Sans"/>
                <w:color w:val="1C262A"/>
                <w:sz w:val="16"/>
                <w:lang w:val="de-DE"/>
              </w:rPr>
              <w:t>Berechtigtes Interesse an Nachweis, Sicherheit und Rechtsverteidigung.</w:t>
            </w:r>
          </w:p>
        </w:tc>
      </w:tr>
      <w:tr w:rsidR="00451FB8" w:rsidRPr="0098529E" w14:paraId="7960CEAA"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7B9D2ADE" w14:textId="77777777" w:rsidR="00451FB8" w:rsidRPr="0098529E" w:rsidRDefault="00000000">
            <w:pPr>
              <w:rPr>
                <w:lang w:val="de-DE"/>
              </w:rPr>
            </w:pPr>
            <w:r w:rsidRPr="0098529E">
              <w:rPr>
                <w:rFonts w:eastAsia="Liberation Sans"/>
                <w:color w:val="1C262A"/>
                <w:sz w:val="16"/>
                <w:lang w:val="de-DE"/>
              </w:rPr>
              <w:t>Verarbeitung freiwillig mitgeteilter besonderer Kategorien personenbezogener Daten</w:t>
            </w:r>
          </w:p>
        </w:tc>
        <w:tc>
          <w:tcPr>
            <w:tcW w:w="2268"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57826DC0" w14:textId="77777777" w:rsidR="00451FB8" w:rsidRPr="0098529E" w:rsidRDefault="00000000">
            <w:pPr>
              <w:rPr>
                <w:lang w:val="de-DE"/>
              </w:rPr>
            </w:pPr>
            <w:r w:rsidRPr="0098529E">
              <w:rPr>
                <w:rFonts w:eastAsia="Liberation Sans"/>
                <w:color w:val="1C262A"/>
                <w:sz w:val="16"/>
                <w:lang w:val="de-DE"/>
              </w:rPr>
              <w:t xml:space="preserve">Art. 9 Abs. 2 </w:t>
            </w:r>
            <w:proofErr w:type="spellStart"/>
            <w:r w:rsidRPr="0098529E">
              <w:rPr>
                <w:rFonts w:eastAsia="Liberation Sans"/>
                <w:color w:val="1C262A"/>
                <w:sz w:val="16"/>
                <w:lang w:val="de-DE"/>
              </w:rPr>
              <w:t>lit</w:t>
            </w:r>
            <w:proofErr w:type="spellEnd"/>
            <w:r w:rsidRPr="0098529E">
              <w:rPr>
                <w:rFonts w:eastAsia="Liberation Sans"/>
                <w:color w:val="1C262A"/>
                <w:sz w:val="16"/>
                <w:lang w:val="de-DE"/>
              </w:rPr>
              <w:t>. a DSGVO</w:t>
            </w:r>
          </w:p>
        </w:tc>
        <w:tc>
          <w:tcPr>
            <w:tcW w:w="3685"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41B93631" w14:textId="77777777" w:rsidR="00451FB8" w:rsidRPr="0098529E" w:rsidRDefault="00000000">
            <w:pPr>
              <w:rPr>
                <w:lang w:val="de-DE"/>
              </w:rPr>
            </w:pPr>
            <w:r w:rsidRPr="0098529E">
              <w:rPr>
                <w:rFonts w:eastAsia="Liberation Sans"/>
                <w:color w:val="1C262A"/>
                <w:sz w:val="16"/>
                <w:lang w:val="de-DE"/>
              </w:rPr>
              <w:t>Nur auf Grundlage einer ausdrücklichen Einwilligung.</w:t>
            </w:r>
          </w:p>
        </w:tc>
      </w:tr>
      <w:tr w:rsidR="00451FB8" w:rsidRPr="0098529E" w14:paraId="6A8449AE"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11E539EF" w14:textId="77777777" w:rsidR="00451FB8" w:rsidRPr="0098529E" w:rsidRDefault="00000000">
            <w:pPr>
              <w:rPr>
                <w:lang w:val="de-DE"/>
              </w:rPr>
            </w:pPr>
            <w:r w:rsidRPr="0098529E">
              <w:rPr>
                <w:rFonts w:eastAsia="Liberation Sans"/>
                <w:color w:val="1C262A"/>
                <w:sz w:val="16"/>
                <w:lang w:val="de-DE"/>
              </w:rPr>
              <w:t>Besprechung erforderlicher Sitzungsinhalte in Supervision / Konsultationsgruppe</w:t>
            </w:r>
          </w:p>
        </w:tc>
        <w:tc>
          <w:tcPr>
            <w:tcW w:w="2268"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21EC4823" w14:textId="77777777" w:rsidR="00451FB8" w:rsidRPr="0098529E" w:rsidRDefault="00000000">
            <w:pPr>
              <w:rPr>
                <w:lang w:val="de-DE"/>
              </w:rPr>
            </w:pPr>
            <w:r w:rsidRPr="0098529E">
              <w:rPr>
                <w:rFonts w:eastAsia="Liberation Sans"/>
                <w:color w:val="1C262A"/>
                <w:sz w:val="16"/>
                <w:lang w:val="de-DE"/>
              </w:rPr>
              <w:t xml:space="preserve">Art. 6 Abs. 1 </w:t>
            </w:r>
            <w:proofErr w:type="spellStart"/>
            <w:r w:rsidRPr="0098529E">
              <w:rPr>
                <w:rFonts w:eastAsia="Liberation Sans"/>
                <w:color w:val="1C262A"/>
                <w:sz w:val="16"/>
                <w:lang w:val="de-DE"/>
              </w:rPr>
              <w:t>lit</w:t>
            </w:r>
            <w:proofErr w:type="spellEnd"/>
            <w:r w:rsidRPr="0098529E">
              <w:rPr>
                <w:rFonts w:eastAsia="Liberation Sans"/>
                <w:color w:val="1C262A"/>
                <w:sz w:val="16"/>
                <w:lang w:val="de-DE"/>
              </w:rPr>
              <w:t xml:space="preserve">. a und ggf. Art. 9 Abs. 2 </w:t>
            </w:r>
            <w:proofErr w:type="spellStart"/>
            <w:r w:rsidRPr="0098529E">
              <w:rPr>
                <w:rFonts w:eastAsia="Liberation Sans"/>
                <w:color w:val="1C262A"/>
                <w:sz w:val="16"/>
                <w:lang w:val="de-DE"/>
              </w:rPr>
              <w:t>lit</w:t>
            </w:r>
            <w:proofErr w:type="spellEnd"/>
            <w:r w:rsidRPr="0098529E">
              <w:rPr>
                <w:rFonts w:eastAsia="Liberation Sans"/>
                <w:color w:val="1C262A"/>
                <w:sz w:val="16"/>
                <w:lang w:val="de-DE"/>
              </w:rPr>
              <w:t>. a DSGVO</w:t>
            </w:r>
          </w:p>
        </w:tc>
        <w:tc>
          <w:tcPr>
            <w:tcW w:w="3685"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0098370B" w14:textId="77777777" w:rsidR="00451FB8" w:rsidRPr="0098529E" w:rsidRDefault="00000000">
            <w:pPr>
              <w:rPr>
                <w:lang w:val="de-DE"/>
              </w:rPr>
            </w:pPr>
            <w:r w:rsidRPr="0098529E">
              <w:rPr>
                <w:rFonts w:eastAsia="Liberation Sans"/>
                <w:color w:val="1C262A"/>
                <w:sz w:val="16"/>
                <w:lang w:val="de-DE"/>
              </w:rPr>
              <w:t>Nur mit gesonderter Einwilligung; möglichst anonymisiert oder pseudonymisiert.</w:t>
            </w:r>
          </w:p>
        </w:tc>
      </w:tr>
      <w:tr w:rsidR="00451FB8" w:rsidRPr="0098529E" w14:paraId="2596189F"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700B8A40" w14:textId="77777777" w:rsidR="00451FB8" w:rsidRPr="0098529E" w:rsidRDefault="00000000">
            <w:pPr>
              <w:rPr>
                <w:lang w:val="de-DE"/>
              </w:rPr>
            </w:pPr>
            <w:r w:rsidRPr="0098529E">
              <w:rPr>
                <w:sz w:val="16"/>
                <w:lang w:val="de-DE"/>
              </w:rPr>
              <w:t>Aufzeichnung und fachliche Auswertung einer konkret vereinbarten Sitzung zu Ausbildungszwecken</w:t>
            </w:r>
          </w:p>
        </w:tc>
        <w:tc>
          <w:tcPr>
            <w:tcW w:w="2268"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05C3B017" w14:textId="77777777" w:rsidR="00451FB8" w:rsidRPr="0098529E" w:rsidRDefault="00000000">
            <w:pPr>
              <w:rPr>
                <w:lang w:val="de-DE"/>
              </w:rPr>
            </w:pPr>
            <w:r w:rsidRPr="0098529E">
              <w:rPr>
                <w:sz w:val="16"/>
                <w:lang w:val="de-DE"/>
              </w:rPr>
              <w:t xml:space="preserve">Art. 6 Abs. 1 </w:t>
            </w:r>
            <w:proofErr w:type="spellStart"/>
            <w:r w:rsidRPr="0098529E">
              <w:rPr>
                <w:sz w:val="16"/>
                <w:lang w:val="de-DE"/>
              </w:rPr>
              <w:t>lit</w:t>
            </w:r>
            <w:proofErr w:type="spellEnd"/>
            <w:r w:rsidRPr="0098529E">
              <w:rPr>
                <w:sz w:val="16"/>
                <w:lang w:val="de-DE"/>
              </w:rPr>
              <w:t xml:space="preserve">. a und ggf. Art. 9 Abs. 2 </w:t>
            </w:r>
            <w:proofErr w:type="spellStart"/>
            <w:r w:rsidRPr="0098529E">
              <w:rPr>
                <w:sz w:val="16"/>
                <w:lang w:val="de-DE"/>
              </w:rPr>
              <w:t>lit</w:t>
            </w:r>
            <w:proofErr w:type="spellEnd"/>
            <w:r w:rsidRPr="0098529E">
              <w:rPr>
                <w:sz w:val="16"/>
                <w:lang w:val="de-DE"/>
              </w:rPr>
              <w:t>. a DSGVO</w:t>
            </w:r>
          </w:p>
        </w:tc>
        <w:tc>
          <w:tcPr>
            <w:tcW w:w="3685"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3F4718FB" w14:textId="77777777" w:rsidR="00451FB8" w:rsidRPr="0098529E" w:rsidRDefault="00000000">
            <w:pPr>
              <w:rPr>
                <w:lang w:val="de-DE"/>
              </w:rPr>
            </w:pPr>
            <w:r w:rsidRPr="0098529E">
              <w:rPr>
                <w:sz w:val="16"/>
                <w:lang w:val="de-DE"/>
              </w:rPr>
              <w:t>Nur mit gesonderter ausdrücklicher Einwilligung; keine Veröffentlichung oder anderweitige Nutzung.</w:t>
            </w:r>
          </w:p>
        </w:tc>
      </w:tr>
      <w:tr w:rsidR="00451FB8" w:rsidRPr="0098529E" w14:paraId="72C09144"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0A3B5186" w14:textId="77777777" w:rsidR="00451FB8" w:rsidRPr="0098529E" w:rsidRDefault="00000000">
            <w:pPr>
              <w:rPr>
                <w:lang w:val="de-DE"/>
              </w:rPr>
            </w:pPr>
            <w:r w:rsidRPr="0098529E">
              <w:rPr>
                <w:rFonts w:eastAsia="Liberation Sans"/>
                <w:color w:val="1C262A"/>
                <w:sz w:val="16"/>
                <w:lang w:val="de-DE"/>
              </w:rPr>
              <w:t>Erfüllung zwingender gesetzlicher Pflichten</w:t>
            </w:r>
          </w:p>
        </w:tc>
        <w:tc>
          <w:tcPr>
            <w:tcW w:w="2268"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20B33947" w14:textId="77777777" w:rsidR="00451FB8" w:rsidRPr="0098529E" w:rsidRDefault="00000000">
            <w:pPr>
              <w:rPr>
                <w:lang w:val="de-DE"/>
              </w:rPr>
            </w:pPr>
            <w:r w:rsidRPr="0098529E">
              <w:rPr>
                <w:rFonts w:eastAsia="Liberation Sans"/>
                <w:color w:val="1C262A"/>
                <w:sz w:val="16"/>
                <w:lang w:val="de-DE"/>
              </w:rPr>
              <w:t xml:space="preserve">Art. 6 Abs. 1 </w:t>
            </w:r>
            <w:proofErr w:type="spellStart"/>
            <w:r w:rsidRPr="0098529E">
              <w:rPr>
                <w:rFonts w:eastAsia="Liberation Sans"/>
                <w:color w:val="1C262A"/>
                <w:sz w:val="16"/>
                <w:lang w:val="de-DE"/>
              </w:rPr>
              <w:t>lit</w:t>
            </w:r>
            <w:proofErr w:type="spellEnd"/>
            <w:r w:rsidRPr="0098529E">
              <w:rPr>
                <w:rFonts w:eastAsia="Liberation Sans"/>
                <w:color w:val="1C262A"/>
                <w:sz w:val="16"/>
                <w:lang w:val="de-DE"/>
              </w:rPr>
              <w:t>. c DSGVO</w:t>
            </w:r>
          </w:p>
        </w:tc>
        <w:tc>
          <w:tcPr>
            <w:tcW w:w="3685"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16A92A18" w14:textId="77777777" w:rsidR="00451FB8" w:rsidRPr="0098529E" w:rsidRDefault="00000000">
            <w:pPr>
              <w:rPr>
                <w:lang w:val="de-DE"/>
              </w:rPr>
            </w:pPr>
            <w:r w:rsidRPr="0098529E">
              <w:rPr>
                <w:rFonts w:eastAsia="Liberation Sans"/>
                <w:color w:val="1C262A"/>
                <w:sz w:val="16"/>
                <w:lang w:val="de-DE"/>
              </w:rPr>
              <w:t xml:space="preserve">Nur </w:t>
            </w:r>
            <w:proofErr w:type="gramStart"/>
            <w:r w:rsidRPr="0098529E">
              <w:rPr>
                <w:rFonts w:eastAsia="Liberation Sans"/>
                <w:color w:val="1C262A"/>
                <w:sz w:val="16"/>
                <w:lang w:val="de-DE"/>
              </w:rPr>
              <w:t>soweit</w:t>
            </w:r>
            <w:proofErr w:type="gramEnd"/>
            <w:r w:rsidRPr="0098529E">
              <w:rPr>
                <w:rFonts w:eastAsia="Liberation Sans"/>
                <w:color w:val="1C262A"/>
                <w:sz w:val="16"/>
                <w:lang w:val="de-DE"/>
              </w:rPr>
              <w:t xml:space="preserve"> im konkreten Fall eine Pflicht besteht.</w:t>
            </w:r>
          </w:p>
        </w:tc>
      </w:tr>
    </w:tbl>
    <w:p w14:paraId="6091C088" w14:textId="77777777" w:rsidR="00451FB8" w:rsidRPr="0098529E" w:rsidRDefault="00000000">
      <w:pPr>
        <w:pStyle w:val="berschrift2"/>
        <w:rPr>
          <w:lang w:val="de-DE"/>
        </w:rPr>
      </w:pPr>
      <w:r w:rsidRPr="0098529E">
        <w:rPr>
          <w:lang w:val="de-DE"/>
        </w:rPr>
        <w:t xml:space="preserve">4. </w:t>
      </w:r>
      <w:proofErr w:type="spellStart"/>
      <w:proofErr w:type="gramStart"/>
      <w:r w:rsidRPr="0098529E">
        <w:rPr>
          <w:lang w:val="de-DE"/>
        </w:rPr>
        <w:t>Empfänger:innen</w:t>
      </w:r>
      <w:proofErr w:type="spellEnd"/>
      <w:proofErr w:type="gramEnd"/>
      <w:r w:rsidRPr="0098529E">
        <w:rPr>
          <w:lang w:val="de-DE"/>
        </w:rPr>
        <w:t>, Auftragsverarbeitung und Drittlandübermittlungen</w:t>
      </w:r>
    </w:p>
    <w:p w14:paraId="529411B9"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 xml:space="preserve">Zugriff erhält grundsätzlich nur </w:t>
      </w:r>
      <w:proofErr w:type="gramStart"/>
      <w:r w:rsidRPr="0098529E">
        <w:rPr>
          <w:rFonts w:eastAsia="Liberation Sans"/>
          <w:lang w:val="de-DE"/>
        </w:rPr>
        <w:t xml:space="preserve">die verantwortliche </w:t>
      </w:r>
      <w:proofErr w:type="spellStart"/>
      <w:r w:rsidRPr="0098529E">
        <w:rPr>
          <w:rFonts w:eastAsia="Liberation Sans"/>
          <w:lang w:val="de-DE"/>
        </w:rPr>
        <w:t>Trainer</w:t>
      </w:r>
      <w:proofErr w:type="gramEnd"/>
      <w:r w:rsidRPr="0098529E">
        <w:rPr>
          <w:rFonts w:eastAsia="Liberation Sans"/>
          <w:lang w:val="de-DE"/>
        </w:rPr>
        <w:t>:in</w:t>
      </w:r>
      <w:proofErr w:type="spellEnd"/>
      <w:r w:rsidRPr="0098529E">
        <w:rPr>
          <w:rFonts w:eastAsia="Liberation Sans"/>
          <w:lang w:val="de-DE"/>
        </w:rPr>
        <w:t xml:space="preserve"> in Ausbildung.</w:t>
      </w:r>
    </w:p>
    <w:p w14:paraId="1578CAC4"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 xml:space="preserve">Sofern gesondert eingewilligt: </w:t>
      </w:r>
      <w:proofErr w:type="gramStart"/>
      <w:r w:rsidRPr="0098529E">
        <w:rPr>
          <w:rFonts w:eastAsia="Liberation Sans"/>
          <w:lang w:val="de-DE"/>
        </w:rPr>
        <w:t xml:space="preserve">die benannte </w:t>
      </w:r>
      <w:proofErr w:type="spellStart"/>
      <w:r w:rsidRPr="0098529E">
        <w:rPr>
          <w:rFonts w:eastAsia="Liberation Sans"/>
          <w:lang w:val="de-DE"/>
        </w:rPr>
        <w:t>Supervisor</w:t>
      </w:r>
      <w:proofErr w:type="gramEnd"/>
      <w:r w:rsidRPr="0098529E">
        <w:rPr>
          <w:rFonts w:eastAsia="Liberation Sans"/>
          <w:lang w:val="de-DE"/>
        </w:rPr>
        <w:t>:in</w:t>
      </w:r>
      <w:proofErr w:type="spellEnd"/>
      <w:r w:rsidRPr="0098529E">
        <w:rPr>
          <w:rFonts w:eastAsia="Liberation Sans"/>
          <w:lang w:val="de-DE"/>
        </w:rPr>
        <w:t xml:space="preserve"> und/oder Mitglieder der fachlichen Konsultationsgruppe. Die Weitergabe wird auf das erforderliche Maß beschränkt; Identifikationsmerkmale werden nach Möglichkeit entfernt.</w:t>
      </w:r>
    </w:p>
    <w:p w14:paraId="56076B89" w14:textId="77777777" w:rsidR="00451FB8" w:rsidRPr="0098529E" w:rsidRDefault="00000000">
      <w:pPr>
        <w:pStyle w:val="BodyBullet"/>
        <w:ind w:left="369" w:hanging="198"/>
        <w:rPr>
          <w:lang w:val="de-DE"/>
        </w:rPr>
      </w:pPr>
      <w:r w:rsidRPr="0098529E">
        <w:rPr>
          <w:lang w:val="de-DE"/>
        </w:rPr>
        <w:t xml:space="preserve">• Bei einer eingewilligten Aufzeichnung erhalten ausschließlich </w:t>
      </w:r>
      <w:proofErr w:type="gramStart"/>
      <w:r w:rsidRPr="0098529E">
        <w:rPr>
          <w:lang w:val="de-DE"/>
        </w:rPr>
        <w:t xml:space="preserve">die verantwortliche </w:t>
      </w:r>
      <w:proofErr w:type="spellStart"/>
      <w:r w:rsidRPr="0098529E">
        <w:rPr>
          <w:lang w:val="de-DE"/>
        </w:rPr>
        <w:t>Trainer</w:t>
      </w:r>
      <w:proofErr w:type="gramEnd"/>
      <w:r w:rsidRPr="0098529E">
        <w:rPr>
          <w:lang w:val="de-DE"/>
        </w:rPr>
        <w:t>:in</w:t>
      </w:r>
      <w:proofErr w:type="spellEnd"/>
      <w:r w:rsidRPr="0098529E">
        <w:rPr>
          <w:lang w:val="de-DE"/>
        </w:rPr>
        <w:t xml:space="preserve"> in Ausbildung und die im Formular namentlich benannte </w:t>
      </w:r>
      <w:proofErr w:type="spellStart"/>
      <w:r w:rsidRPr="0098529E">
        <w:rPr>
          <w:lang w:val="de-DE"/>
        </w:rPr>
        <w:t>Mentor:in</w:t>
      </w:r>
      <w:proofErr w:type="spellEnd"/>
      <w:r w:rsidRPr="0098529E">
        <w:rPr>
          <w:lang w:val="de-DE"/>
        </w:rPr>
        <w:t xml:space="preserve"> Zugriff. </w:t>
      </w:r>
      <w:proofErr w:type="gramStart"/>
      <w:r w:rsidRPr="0098529E">
        <w:rPr>
          <w:lang w:val="de-DE"/>
        </w:rPr>
        <w:t xml:space="preserve">Die </w:t>
      </w:r>
      <w:proofErr w:type="spellStart"/>
      <w:r w:rsidRPr="0098529E">
        <w:rPr>
          <w:lang w:val="de-DE"/>
        </w:rPr>
        <w:t>Mentor</w:t>
      </w:r>
      <w:proofErr w:type="gramEnd"/>
      <w:r w:rsidRPr="0098529E">
        <w:rPr>
          <w:lang w:val="de-DE"/>
        </w:rPr>
        <w:t>:in</w:t>
      </w:r>
      <w:proofErr w:type="spellEnd"/>
      <w:r w:rsidRPr="0098529E">
        <w:rPr>
          <w:lang w:val="de-DE"/>
        </w:rPr>
        <w:t xml:space="preserve"> ist zur Vertraulichkeit verpflichtet. Eine Weitergabe an weitere Personen ist nicht gestattet.</w:t>
      </w:r>
    </w:p>
    <w:p w14:paraId="75B558A8" w14:textId="77777777" w:rsidR="00451FB8" w:rsidRPr="0098529E" w:rsidRDefault="00000000">
      <w:pPr>
        <w:pStyle w:val="BodyBullet"/>
        <w:ind w:left="369" w:hanging="198"/>
        <w:rPr>
          <w:lang w:val="de-DE"/>
        </w:rPr>
      </w:pPr>
      <w:r w:rsidRPr="0098529E">
        <w:rPr>
          <w:lang w:val="de-DE"/>
        </w:rPr>
        <w:lastRenderedPageBreak/>
        <w:t xml:space="preserve">• </w:t>
      </w:r>
      <w:r w:rsidRPr="0098529E">
        <w:rPr>
          <w:rFonts w:eastAsia="Liberation Sans"/>
          <w:lang w:val="de-DE"/>
        </w:rPr>
        <w:t>Sofern eingesetzt: vertraglich eingebundene IT-, E-Mail-, Termin-, Video- oder Cloud-Dienstleister als Auftragsverarbeiter: [Anbieter und Funktion eintragen].</w:t>
      </w:r>
    </w:p>
    <w:p w14:paraId="491728D4"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Eine Weitergabe zu Werbezwecken oder ein Verkauf personenbezogener Daten findet nicht statt.</w:t>
      </w:r>
    </w:p>
    <w:p w14:paraId="18863A57"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 xml:space="preserve">Übermittlung in Staaten außerhalb der EU/des EWR: ☐ </w:t>
      </w:r>
      <w:proofErr w:type="gramStart"/>
      <w:r w:rsidRPr="0098529E">
        <w:rPr>
          <w:rFonts w:eastAsia="Liberation Sans"/>
          <w:lang w:val="de-DE"/>
        </w:rPr>
        <w:t>nein  ☐</w:t>
      </w:r>
      <w:proofErr w:type="gramEnd"/>
      <w:r w:rsidRPr="0098529E">
        <w:rPr>
          <w:rFonts w:eastAsia="Liberation Sans"/>
          <w:lang w:val="de-DE"/>
        </w:rPr>
        <w:t xml:space="preserve"> ja, an [Empfänger/Land], Grundlage/Garantien: [eintragen].</w:t>
      </w:r>
    </w:p>
    <w:p w14:paraId="7078CF9A" w14:textId="77777777" w:rsidR="00451FB8" w:rsidRPr="0098529E" w:rsidRDefault="00000000">
      <w:pPr>
        <w:pStyle w:val="berschrift2"/>
        <w:rPr>
          <w:lang w:val="de-DE"/>
        </w:rPr>
      </w:pPr>
      <w:r w:rsidRPr="0098529E">
        <w:rPr>
          <w:lang w:val="de-DE"/>
        </w:rPr>
        <w:t>5. Speicherdauer und Löschung</w:t>
      </w:r>
    </w:p>
    <w:p w14:paraId="65C14965"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Termin- und Kommunikationsdaten: bis sechs Monate nach der letzten Sitzung, sofern keine offenen Vorgänge oder Ansprüche bestehen.</w:t>
      </w:r>
    </w:p>
    <w:p w14:paraId="43298AAC"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Inhaltliche Sitzungsnotizen: grundsätzlich keine. Soweit ausnahmsweise erforderlich, nur pseudonymisiert und spätestens drei Monate nach der letzten Sitzung löschen.</w:t>
      </w:r>
    </w:p>
    <w:p w14:paraId="2BB9C04D" w14:textId="77777777" w:rsidR="00451FB8" w:rsidRPr="0098529E" w:rsidRDefault="00000000">
      <w:pPr>
        <w:pStyle w:val="BodyBullet"/>
        <w:ind w:left="369" w:hanging="198"/>
        <w:rPr>
          <w:lang w:val="de-DE"/>
        </w:rPr>
      </w:pPr>
      <w:r w:rsidRPr="0098529E">
        <w:rPr>
          <w:lang w:val="de-DE"/>
        </w:rPr>
        <w:t>• Audio- oder Videoaufzeichnungen: nur bis zum Abschluss der vereinbarten Ausbildungsbesprechung und längstens bis zu dem vorab eingetragenen Löschdatum. Danach werden Original, Sicherungskopien und lokale Kopien vollständig gelöscht. Löschdatum/Maximalfrist: [konkret eintragen].</w:t>
      </w:r>
    </w:p>
    <w:p w14:paraId="10131F52"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Schriftliches Feedback: bis zum Abschluss des jeweiligen Ausbildungs- oder Auswertungszwecks, höchstens zwölf Monate nach der letzten Sitzung; anschließend löschen oder dauerhaft anonymisieren.</w:t>
      </w:r>
    </w:p>
    <w:p w14:paraId="48A53BFE"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Vereinbarung und Einwilligungsnachweise: bis zum Ablauf der regelmäßigen zivilrechtlichen Verjährungsfrist, regelmäßig drei Jahre ab Ende des Jahres, in dem die Zusammenarbeit beendet wurde; länger nur bei konkreten Rechtsgründen.</w:t>
      </w:r>
    </w:p>
    <w:p w14:paraId="05FB69C0"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Abweichende gesetzliche Aufbewahrungspflichten gehen vor. Nicht mehr erforderliche Daten werden gelöscht oder irreversibel anonymisiert.</w:t>
      </w:r>
    </w:p>
    <w:p w14:paraId="1914A280" w14:textId="77777777" w:rsidR="00451FB8" w:rsidRPr="0098529E" w:rsidRDefault="00000000">
      <w:pPr>
        <w:pStyle w:val="berschrift2"/>
        <w:rPr>
          <w:lang w:val="de-DE"/>
        </w:rPr>
      </w:pPr>
      <w:r w:rsidRPr="0098529E">
        <w:rPr>
          <w:lang w:val="de-DE"/>
        </w:rPr>
        <w:t>6. Datensicherheit und Vertraulichkeit</w:t>
      </w:r>
    </w:p>
    <w:p w14:paraId="47AAC15F"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Es gelten Datenminimierung, Zweckbindung und Vertraulichkeit. Es werden nur Daten verarbeitet, die für den jeweiligen Zweck erforderlich sind.</w:t>
      </w:r>
    </w:p>
    <w:p w14:paraId="7CC92E2D"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Unterlagen und digitale Daten werden durch angemessene Zugriffs-, Passwort-, Geräte- und Berechtigungsschutzmaßnahmen gesichert.</w:t>
      </w:r>
    </w:p>
    <w:p w14:paraId="4CFD7E4A"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Für Supervision und Konsultation werden nach Möglichkeit Kürzel oder Pseudonyme verwendet; direkte Identifikationsmerkmale werden weggelassen.</w:t>
      </w:r>
    </w:p>
    <w:p w14:paraId="33E2C628" w14:textId="77777777" w:rsidR="00451FB8" w:rsidRPr="0098529E" w:rsidRDefault="00000000">
      <w:pPr>
        <w:pStyle w:val="BodyBullet"/>
        <w:ind w:left="369" w:hanging="198"/>
        <w:rPr>
          <w:lang w:val="de-DE"/>
        </w:rPr>
      </w:pPr>
      <w:r w:rsidRPr="0098529E">
        <w:rPr>
          <w:lang w:val="de-DE"/>
        </w:rPr>
        <w:t>• Aufzeichnungen werden nur auf einem geschützten, zugriffsbeschränkten Gerät oder Speichermedium abgelegt. Speicherort und eingesetzte Dienste sind vorab anzugeben: [Gerät/Dienst/Speicherort]. Eine Cloud-Speicherung oder Übertragung an externe Dienste erfolgt nur, wenn dies in den Datenschutzinformationen konkret benannt und rechtlich abgesichert ist.</w:t>
      </w:r>
    </w:p>
    <w:p w14:paraId="1DD8CE3D" w14:textId="77777777" w:rsidR="00451FB8" w:rsidRPr="0098529E" w:rsidRDefault="00000000">
      <w:pPr>
        <w:pStyle w:val="BodyBullet"/>
        <w:ind w:left="369" w:hanging="198"/>
        <w:rPr>
          <w:lang w:val="de-DE"/>
        </w:rPr>
      </w:pPr>
      <w:r w:rsidRPr="0098529E">
        <w:rPr>
          <w:lang w:val="de-DE"/>
        </w:rPr>
        <w:t>• Während der Aufzeichnung muss für beide Beteiligten eindeutig erkennbar sein, dass aufgenommen wird. Die Aufnahme wird nicht bearbeitet, vervielfältigt oder veröffentlicht und nach Ablauf des festgelegten Zwecks bzw. nach wirksamem Widerruf unverzüglich gelöscht, soweit keine zwingende Rechtsgrundlage entgegensteht.</w:t>
      </w:r>
    </w:p>
    <w:p w14:paraId="216CCE9B" w14:textId="77777777" w:rsidR="00451FB8" w:rsidRPr="0098529E" w:rsidRDefault="00000000">
      <w:pPr>
        <w:pStyle w:val="berschrift2"/>
        <w:rPr>
          <w:lang w:val="de-DE"/>
        </w:rPr>
      </w:pPr>
      <w:r w:rsidRPr="0098529E">
        <w:rPr>
          <w:lang w:val="de-DE"/>
        </w:rPr>
        <w:t>7. Rechte der betroffenen Person</w:t>
      </w:r>
    </w:p>
    <w:p w14:paraId="663EDEFB" w14:textId="77777777" w:rsidR="00451FB8" w:rsidRPr="0098529E" w:rsidRDefault="00000000">
      <w:pPr>
        <w:rPr>
          <w:lang w:val="de-DE"/>
        </w:rPr>
      </w:pPr>
      <w:r w:rsidRPr="0098529E">
        <w:rPr>
          <w:rFonts w:eastAsia="Liberation Sans"/>
          <w:color w:val="1C262A"/>
          <w:sz w:val="19"/>
          <w:lang w:val="de-DE"/>
        </w:rPr>
        <w:t>Du hast im Rahmen der gesetzlichen Voraussetzungen insbesondere folgende Rechte:</w:t>
      </w:r>
    </w:p>
    <w:p w14:paraId="14FD38C0"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Auskunft über die verarbeiteten personenbezogenen Daten (Art. 15 DSGVO),</w:t>
      </w:r>
    </w:p>
    <w:p w14:paraId="5176D100"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Berichtigung unrichtiger Daten (Art. 16 DSGVO),</w:t>
      </w:r>
    </w:p>
    <w:p w14:paraId="563CD021"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Löschung (Art. 17 DSGVO),</w:t>
      </w:r>
    </w:p>
    <w:p w14:paraId="760967BD"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Einschränkung der Verarbeitung (Art. 18 DSGVO),</w:t>
      </w:r>
    </w:p>
    <w:p w14:paraId="61DDB11F"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Datenübertragbarkeit, soweit anwendbar (Art. 20 DSGVO),</w:t>
      </w:r>
    </w:p>
    <w:p w14:paraId="10E0EF05"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Widerspruch gegen Verarbeitungen auf Grundlage berechtigter Interessen (Art. 21 DSGVO),</w:t>
      </w:r>
    </w:p>
    <w:p w14:paraId="203E56DB"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Beschwerde bei einer Datenschutzaufsichtsbehörde (Art. 77 DSGVO).</w:t>
      </w:r>
    </w:p>
    <w:p w14:paraId="1296C057" w14:textId="77777777" w:rsidR="00451FB8" w:rsidRPr="0098529E" w:rsidRDefault="00000000">
      <w:pPr>
        <w:pStyle w:val="berschrift2"/>
        <w:rPr>
          <w:lang w:val="de-DE"/>
        </w:rPr>
      </w:pPr>
      <w:r w:rsidRPr="0098529E">
        <w:rPr>
          <w:lang w:val="de-DE"/>
        </w:rPr>
        <w:t>8. Widerruf von Einwilligungen</w:t>
      </w:r>
    </w:p>
    <w:p w14:paraId="3C5D8699" w14:textId="77777777" w:rsidR="00451FB8" w:rsidRPr="0098529E" w:rsidRDefault="00000000">
      <w:pPr>
        <w:rPr>
          <w:lang w:val="de-DE"/>
        </w:rPr>
      </w:pPr>
      <w:r w:rsidRPr="0098529E">
        <w:rPr>
          <w:rFonts w:eastAsia="Liberation Sans"/>
          <w:sz w:val="19"/>
          <w:lang w:val="de-DE"/>
        </w:rPr>
        <w:t xml:space="preserve">Eine Einwilligung kann jederzeit mit Wirkung für die Zukunft widerrufen werden, zum Beispiel per E-Mail an </w:t>
      </w:r>
      <w:r w:rsidRPr="0098529E">
        <w:rPr>
          <w:rFonts w:eastAsia="Liberation Sans"/>
          <w:b/>
          <w:color w:val="0C5C64"/>
          <w:sz w:val="19"/>
          <w:lang w:val="de-DE"/>
        </w:rPr>
        <w:t>[Datenschutzkontakt]</w:t>
      </w:r>
      <w:r w:rsidRPr="0098529E">
        <w:rPr>
          <w:rFonts w:eastAsia="Liberation Sans"/>
          <w:sz w:val="19"/>
          <w:lang w:val="de-DE"/>
        </w:rPr>
        <w:t>. Die Rechtmäßigkeit der Verarbeitung bis zum Widerruf bleibt unberührt. Der Widerruf ist ebenso einfach möglich wie die Erteilung. Nach dem Widerruf werden die auf dieser Einwilligung beruhenden Daten gelöscht, sofern keine andere Rechtsgrundlage oder Aufbewahrungspflicht besteht.</w:t>
      </w:r>
    </w:p>
    <w:p w14:paraId="6B016FE0" w14:textId="77777777" w:rsidR="00451FB8" w:rsidRPr="0098529E" w:rsidRDefault="00000000">
      <w:pPr>
        <w:pStyle w:val="berschrift2"/>
        <w:rPr>
          <w:lang w:val="de-DE"/>
        </w:rPr>
      </w:pPr>
      <w:r w:rsidRPr="0098529E">
        <w:rPr>
          <w:lang w:val="de-DE"/>
        </w:rPr>
        <w:lastRenderedPageBreak/>
        <w:t>9. Erforderlichkeit der Bereitstellung und automatisierte Entscheidungen</w:t>
      </w:r>
    </w:p>
    <w:p w14:paraId="312DCB7A"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Name, Kontakt- und Termindaten sowie die Bestätigung dieser Vereinbarung sind für Organisation und Durchführung der Sitzungen erforderlich. Ohne diese Angaben kann die Zusammenarbeit in der Regel nicht stattfinden.</w:t>
      </w:r>
    </w:p>
    <w:p w14:paraId="44E3DEC3"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Die Mitteilung persönlicher Sitzungsinhalte ist freiwillig. Soweit solche Inhalte besondere Kategorien personenbezogener Daten umfassen, dürfen sie nur bei ausdrücklicher Einwilligung verarbeitet werden.</w:t>
      </w:r>
    </w:p>
    <w:p w14:paraId="74E5B7B4" w14:textId="77777777" w:rsidR="00451FB8" w:rsidRPr="0098529E" w:rsidRDefault="00000000">
      <w:pPr>
        <w:pStyle w:val="BodyBullet"/>
        <w:ind w:left="369" w:hanging="198"/>
        <w:rPr>
          <w:lang w:val="de-DE"/>
        </w:rPr>
      </w:pPr>
      <w:r w:rsidRPr="0098529E">
        <w:rPr>
          <w:lang w:val="de-DE"/>
        </w:rPr>
        <w:t>• Die Einwilligung in eine Audio- oder Videoaufzeichnung ist freiwillig und keine Voraussetzung für die Teilnahme an einer Focusing-Sitzung. Eine Ablehnung oder ein späterer Widerruf hat keine Nachteile; die Sitzung kann ohne Aufzeichnung stattfinden.</w:t>
      </w:r>
    </w:p>
    <w:p w14:paraId="2BC55E91" w14:textId="77777777" w:rsidR="00451FB8" w:rsidRPr="0098529E" w:rsidRDefault="00000000">
      <w:pPr>
        <w:pStyle w:val="BodyBullet"/>
        <w:ind w:left="369" w:hanging="198"/>
        <w:rPr>
          <w:lang w:val="de-DE"/>
        </w:rPr>
      </w:pPr>
      <w:r w:rsidRPr="0098529E">
        <w:rPr>
          <w:lang w:val="de-DE"/>
        </w:rPr>
        <w:t xml:space="preserve">• </w:t>
      </w:r>
      <w:r w:rsidRPr="0098529E">
        <w:rPr>
          <w:rFonts w:eastAsia="Liberation Sans"/>
          <w:lang w:val="de-DE"/>
        </w:rPr>
        <w:t>Es findet keine ausschließlich automatisierte Entscheidungsfindung und kein Profiling statt.</w:t>
      </w:r>
    </w:p>
    <w:p w14:paraId="4DC9A2FD" w14:textId="77777777" w:rsidR="00451FB8" w:rsidRPr="0098529E" w:rsidRDefault="00000000">
      <w:pPr>
        <w:rPr>
          <w:lang w:val="de-DE"/>
        </w:rPr>
      </w:pPr>
      <w:r w:rsidRPr="0098529E">
        <w:rPr>
          <w:lang w:val="de-DE"/>
        </w:rPr>
        <w:br w:type="page"/>
      </w:r>
    </w:p>
    <w:p w14:paraId="4B7E943C" w14:textId="77777777" w:rsidR="00451FB8" w:rsidRPr="0098529E" w:rsidRDefault="00000000">
      <w:pPr>
        <w:pStyle w:val="berschrift1"/>
        <w:rPr>
          <w:lang w:val="de-DE"/>
        </w:rPr>
      </w:pPr>
      <w:r w:rsidRPr="0098529E">
        <w:rPr>
          <w:lang w:val="de-DE"/>
        </w:rPr>
        <w:lastRenderedPageBreak/>
        <w:t>Teil C · Erklärungen und ausdrückliche Einwilligungen</w:t>
      </w:r>
    </w:p>
    <w:tbl>
      <w:tblPr>
        <w:tblW w:w="0" w:type="auto"/>
        <w:jc w:val="center"/>
        <w:tblLook w:val="04A0" w:firstRow="1" w:lastRow="0" w:firstColumn="1" w:lastColumn="0" w:noHBand="0" w:noVBand="1"/>
      </w:tblPr>
      <w:tblGrid>
        <w:gridCol w:w="9922"/>
      </w:tblGrid>
      <w:tr w:rsidR="00451FB8" w:rsidRPr="0098529E" w14:paraId="5406A082" w14:textId="77777777">
        <w:trPr>
          <w:cantSplit/>
          <w:jc w:val="center"/>
        </w:trPr>
        <w:tc>
          <w:tcPr>
            <w:tcW w:w="9922" w:type="dxa"/>
            <w:tcBorders>
              <w:top w:val="single" w:sz="10" w:space="0" w:color="D9B65F"/>
              <w:left w:val="single" w:sz="10" w:space="0" w:color="D9B65F"/>
              <w:bottom w:val="single" w:sz="10" w:space="0" w:color="D9B65F"/>
              <w:right w:val="single" w:sz="10" w:space="0" w:color="D9B65F"/>
            </w:tcBorders>
            <w:shd w:val="clear" w:color="auto" w:fill="FFF8E8"/>
            <w:tcMar>
              <w:top w:w="130" w:type="dxa"/>
              <w:left w:w="160" w:type="dxa"/>
              <w:bottom w:w="130" w:type="dxa"/>
              <w:right w:w="160" w:type="dxa"/>
            </w:tcMar>
          </w:tcPr>
          <w:p w14:paraId="520990D8" w14:textId="77777777" w:rsidR="00451FB8" w:rsidRPr="0098529E" w:rsidRDefault="00000000">
            <w:pPr>
              <w:rPr>
                <w:lang w:val="de-DE"/>
              </w:rPr>
            </w:pPr>
            <w:r w:rsidRPr="0098529E">
              <w:rPr>
                <w:rFonts w:eastAsia="Liberation Sans"/>
                <w:b/>
                <w:color w:val="0C5C64"/>
                <w:sz w:val="19"/>
                <w:lang w:val="de-DE"/>
              </w:rPr>
              <w:t>BITTE AKTIV ANKREUZEN</w:t>
            </w:r>
            <w:r w:rsidRPr="0098529E">
              <w:rPr>
                <w:lang w:val="de-DE"/>
              </w:rPr>
              <w:br/>
            </w:r>
            <w:r w:rsidRPr="0098529E">
              <w:rPr>
                <w:rFonts w:eastAsia="Liberation Sans"/>
                <w:color w:val="232F34"/>
                <w:sz w:val="18"/>
                <w:lang w:val="de-DE"/>
              </w:rPr>
              <w:t>Nicht angekreuzte Einwilligungen gelten als nicht erteilt. Die Teilnahme darf nicht von Einwilligungen abhängig gemacht werden, die für die Durchführung der Sitzungen nicht erforderlich sind.</w:t>
            </w:r>
          </w:p>
        </w:tc>
      </w:tr>
    </w:tbl>
    <w:p w14:paraId="1D48869A" w14:textId="77777777" w:rsidR="00451FB8" w:rsidRPr="0098529E" w:rsidRDefault="00000000">
      <w:pPr>
        <w:pStyle w:val="Consent"/>
        <w:ind w:left="85" w:hanging="85"/>
        <w:rPr>
          <w:lang w:val="de-DE"/>
        </w:rPr>
      </w:pPr>
      <w:r w:rsidRPr="0098529E">
        <w:rPr>
          <w:rFonts w:eastAsia="Liberation Sans"/>
          <w:b/>
          <w:color w:val="0C5C64"/>
          <w:sz w:val="24"/>
          <w:lang w:val="de-DE"/>
        </w:rPr>
        <w:t xml:space="preserve">☐ </w:t>
      </w:r>
      <w:r w:rsidRPr="0098529E">
        <w:rPr>
          <w:rFonts w:eastAsia="Liberation Sans"/>
          <w:b/>
          <w:lang w:val="de-DE"/>
        </w:rPr>
        <w:t>Ich habe</w:t>
      </w:r>
      <w:r w:rsidRPr="0098529E">
        <w:rPr>
          <w:rFonts w:eastAsia="Liberation Sans"/>
          <w:lang w:val="de-DE"/>
        </w:rPr>
        <w:t xml:space="preserve"> die Vereinbarungen in Teil A und die Datenschutzinformationen in Teil B vollständig erhalten, gelesen und verstanden.</w:t>
      </w:r>
    </w:p>
    <w:p w14:paraId="02608097" w14:textId="77777777" w:rsidR="00451FB8" w:rsidRPr="0098529E" w:rsidRDefault="00000000">
      <w:pPr>
        <w:pStyle w:val="Consent"/>
        <w:ind w:left="85" w:hanging="85"/>
        <w:rPr>
          <w:lang w:val="de-DE"/>
        </w:rPr>
      </w:pPr>
      <w:r w:rsidRPr="0098529E">
        <w:rPr>
          <w:rFonts w:eastAsia="Liberation Sans"/>
          <w:b/>
          <w:color w:val="0C5C64"/>
          <w:sz w:val="24"/>
          <w:lang w:val="de-DE"/>
        </w:rPr>
        <w:t xml:space="preserve">☐ </w:t>
      </w:r>
      <w:r w:rsidRPr="0098529E">
        <w:rPr>
          <w:rFonts w:eastAsia="Liberation Sans"/>
          <w:b/>
          <w:lang w:val="de-DE"/>
        </w:rPr>
        <w:t>Ich willige ausdrücklich ein</w:t>
      </w:r>
      <w:r w:rsidRPr="0098529E">
        <w:rPr>
          <w:rFonts w:eastAsia="Liberation Sans"/>
          <w:lang w:val="de-DE"/>
        </w:rPr>
        <w:t xml:space="preserve">, dass besondere Kategorien personenbezogener Daten, die ich im Rahmen der Focusing-Sitzungen freiwillig mitteile – insbesondere mögliche Gesundheitsdaten – zum Zweck der Durchführung der Sitzungen verarbeitet werden dürfen (Art. 9 Abs. 2 </w:t>
      </w:r>
      <w:proofErr w:type="spellStart"/>
      <w:r w:rsidRPr="0098529E">
        <w:rPr>
          <w:rFonts w:eastAsia="Liberation Sans"/>
          <w:lang w:val="de-DE"/>
        </w:rPr>
        <w:t>lit</w:t>
      </w:r>
      <w:proofErr w:type="spellEnd"/>
      <w:r w:rsidRPr="0098529E">
        <w:rPr>
          <w:rFonts w:eastAsia="Liberation Sans"/>
          <w:lang w:val="de-DE"/>
        </w:rPr>
        <w:t>. a DSGVO).</w:t>
      </w:r>
    </w:p>
    <w:p w14:paraId="4B31CEA3" w14:textId="77777777" w:rsidR="00451FB8" w:rsidRPr="0098529E" w:rsidRDefault="00000000">
      <w:pPr>
        <w:pStyle w:val="Consent"/>
        <w:ind w:left="85" w:hanging="85"/>
        <w:rPr>
          <w:lang w:val="de-DE"/>
        </w:rPr>
      </w:pPr>
      <w:r w:rsidRPr="0098529E">
        <w:rPr>
          <w:rFonts w:eastAsia="Liberation Sans"/>
          <w:b/>
          <w:color w:val="0C5C64"/>
          <w:sz w:val="24"/>
          <w:lang w:val="de-DE"/>
        </w:rPr>
        <w:t xml:space="preserve">☐ </w:t>
      </w:r>
      <w:r w:rsidRPr="0098529E">
        <w:rPr>
          <w:rFonts w:eastAsia="Liberation Sans"/>
          <w:b/>
          <w:lang w:val="de-DE"/>
        </w:rPr>
        <w:t>Ich willige gesondert ein</w:t>
      </w:r>
      <w:r w:rsidRPr="0098529E">
        <w:rPr>
          <w:rFonts w:eastAsia="Liberation Sans"/>
          <w:lang w:val="de-DE"/>
        </w:rPr>
        <w:t xml:space="preserve">, dass erforderliche Ausschnitte aus Sitzungsinhalten zu Ausbildungszwecken in Supervision und/oder einer fachlichen Konsultationsgruppe besprochen werden dürfen. Die Inhalte werden dabei </w:t>
      </w:r>
      <w:proofErr w:type="gramStart"/>
      <w:r w:rsidRPr="0098529E">
        <w:rPr>
          <w:rFonts w:eastAsia="Liberation Sans"/>
          <w:lang w:val="de-DE"/>
        </w:rPr>
        <w:t>soweit</w:t>
      </w:r>
      <w:proofErr w:type="gramEnd"/>
      <w:r w:rsidRPr="0098529E">
        <w:rPr>
          <w:rFonts w:eastAsia="Liberation Sans"/>
          <w:lang w:val="de-DE"/>
        </w:rPr>
        <w:t xml:space="preserve"> wie möglich anonymisiert oder pseudonymisiert; Namen und Kontaktdaten werden nicht genannt.</w:t>
      </w:r>
    </w:p>
    <w:p w14:paraId="7B55E3D9" w14:textId="77777777" w:rsidR="0098529E" w:rsidRDefault="00000000">
      <w:pPr>
        <w:pStyle w:val="Consent"/>
        <w:rPr>
          <w:lang w:val="de-DE"/>
        </w:rPr>
      </w:pPr>
      <w:r w:rsidRPr="0098529E">
        <w:rPr>
          <w:b/>
          <w:color w:val="0C5C64"/>
          <w:sz w:val="24"/>
          <w:lang w:val="de-DE"/>
        </w:rPr>
        <w:t xml:space="preserve">☐ </w:t>
      </w:r>
      <w:r w:rsidRPr="0098529E">
        <w:rPr>
          <w:b/>
          <w:lang w:val="de-DE"/>
        </w:rPr>
        <w:t>Ich willige gesondert und ausdrücklich ein</w:t>
      </w:r>
      <w:r w:rsidRPr="0098529E">
        <w:rPr>
          <w:lang w:val="de-DE"/>
        </w:rPr>
        <w:t xml:space="preserve">, dass die Sitzung am ____________________ zu Ausbildungszwecken als ☐ </w:t>
      </w:r>
      <w:proofErr w:type="gramStart"/>
      <w:r w:rsidRPr="0098529E">
        <w:rPr>
          <w:lang w:val="de-DE"/>
        </w:rPr>
        <w:t>Audioaufnahme  ☐</w:t>
      </w:r>
      <w:proofErr w:type="gramEnd"/>
      <w:r w:rsidRPr="0098529E">
        <w:rPr>
          <w:lang w:val="de-DE"/>
        </w:rPr>
        <w:t xml:space="preserve"> Videoaufnahme aufgezeichnet wird. Zugriff erhalten ausschließlich die </w:t>
      </w:r>
      <w:proofErr w:type="spellStart"/>
      <w:r w:rsidRPr="0098529E">
        <w:rPr>
          <w:lang w:val="de-DE"/>
        </w:rPr>
        <w:t>Trainer:in</w:t>
      </w:r>
      <w:proofErr w:type="spellEnd"/>
      <w:r w:rsidRPr="0098529E">
        <w:rPr>
          <w:lang w:val="de-DE"/>
        </w:rPr>
        <w:t xml:space="preserve"> in Ausbildung und folgende </w:t>
      </w:r>
      <w:proofErr w:type="spellStart"/>
      <w:r w:rsidRPr="0098529E">
        <w:rPr>
          <w:lang w:val="de-DE"/>
        </w:rPr>
        <w:t>Mentor:in</w:t>
      </w:r>
      <w:proofErr w:type="spellEnd"/>
      <w:r w:rsidRPr="0098529E">
        <w:rPr>
          <w:lang w:val="de-DE"/>
        </w:rPr>
        <w:t xml:space="preserve">: </w:t>
      </w:r>
      <w:r w:rsidR="0098529E">
        <w:rPr>
          <w:lang w:val="de-DE"/>
        </w:rPr>
        <w:t>Arno Katz</w:t>
      </w:r>
      <w:r w:rsidRPr="0098529E">
        <w:rPr>
          <w:lang w:val="de-DE"/>
        </w:rPr>
        <w:t xml:space="preserve">. </w:t>
      </w:r>
    </w:p>
    <w:p w14:paraId="50D11C62" w14:textId="6B140D7A" w:rsidR="00451FB8" w:rsidRPr="0098529E" w:rsidRDefault="00000000">
      <w:pPr>
        <w:pStyle w:val="Consent"/>
        <w:rPr>
          <w:lang w:val="de-DE"/>
        </w:rPr>
      </w:pPr>
      <w:r w:rsidRPr="0098529E">
        <w:rPr>
          <w:lang w:val="de-DE"/>
        </w:rPr>
        <w:t>Die Aufnahme darf nicht vervielfältigt, veröffentlicht, weitergegeben oder für andere Zwecke verwendet werden. Sie wird spätestens am ____________________ vollständig gelöscht. Mir ist bekannt, dass diese Einwilligung freiwillig ist und jederzeit mit Wirkung für die Zukunft widerrufen werden kann; nach einem Widerruf wird die Aufnahme unverzüglich gelöscht, soweit keine zwingende Rechtsgrundlage entgegensteht.</w:t>
      </w:r>
    </w:p>
    <w:p w14:paraId="013AABEE" w14:textId="77777777" w:rsidR="00451FB8" w:rsidRPr="0098529E" w:rsidRDefault="00000000">
      <w:pPr>
        <w:pStyle w:val="Consent"/>
        <w:ind w:left="85" w:hanging="85"/>
        <w:rPr>
          <w:lang w:val="de-DE"/>
        </w:rPr>
      </w:pPr>
      <w:r w:rsidRPr="0098529E">
        <w:rPr>
          <w:rFonts w:eastAsia="Liberation Sans"/>
          <w:b/>
          <w:color w:val="0C5C64"/>
          <w:sz w:val="24"/>
          <w:lang w:val="de-DE"/>
        </w:rPr>
        <w:t xml:space="preserve">☐ </w:t>
      </w:r>
      <w:r w:rsidRPr="0098529E">
        <w:rPr>
          <w:rFonts w:eastAsia="Liberation Sans"/>
          <w:b/>
          <w:lang w:val="de-DE"/>
        </w:rPr>
        <w:t>Ich willige ein</w:t>
      </w:r>
      <w:r w:rsidRPr="0098529E">
        <w:rPr>
          <w:rFonts w:eastAsia="Liberation Sans"/>
          <w:lang w:val="de-DE"/>
        </w:rPr>
        <w:t xml:space="preserve">, dass mein schriftliches Feedback für die Ausbildung und fachliche Auswertung der </w:t>
      </w:r>
      <w:proofErr w:type="spellStart"/>
      <w:r w:rsidRPr="0098529E">
        <w:rPr>
          <w:rFonts w:eastAsia="Liberation Sans"/>
          <w:lang w:val="de-DE"/>
        </w:rPr>
        <w:t>Trainer:in</w:t>
      </w:r>
      <w:proofErr w:type="spellEnd"/>
      <w:r w:rsidRPr="0098529E">
        <w:rPr>
          <w:rFonts w:eastAsia="Liberation Sans"/>
          <w:lang w:val="de-DE"/>
        </w:rPr>
        <w:t xml:space="preserve"> verwendet wird. Das Feedback wird vertraulich behandelt und nach Abschluss des Zwecks gelöscht oder dauerhaft anonymisiert.</w:t>
      </w:r>
    </w:p>
    <w:p w14:paraId="42E27226" w14:textId="77777777" w:rsidR="00451FB8" w:rsidRPr="0098529E" w:rsidRDefault="00000000">
      <w:pPr>
        <w:pStyle w:val="Consent"/>
        <w:ind w:left="85" w:hanging="85"/>
        <w:rPr>
          <w:lang w:val="de-DE"/>
        </w:rPr>
      </w:pPr>
      <w:r w:rsidRPr="0098529E">
        <w:rPr>
          <w:rFonts w:eastAsia="Liberation Sans"/>
          <w:b/>
          <w:color w:val="0C5C64"/>
          <w:sz w:val="24"/>
          <w:lang w:val="de-DE"/>
        </w:rPr>
        <w:t xml:space="preserve">☐ </w:t>
      </w:r>
      <w:r w:rsidRPr="0098529E">
        <w:rPr>
          <w:rFonts w:eastAsia="Liberation Sans"/>
          <w:b/>
          <w:lang w:val="de-DE"/>
        </w:rPr>
        <w:t>Ich bestätige</w:t>
      </w:r>
      <w:r w:rsidRPr="0098529E">
        <w:rPr>
          <w:rFonts w:eastAsia="Liberation Sans"/>
          <w:lang w:val="de-DE"/>
        </w:rPr>
        <w:t>, dass ich mindestens 18 Jahre alt bin und freiwillig entscheide. Ich kann erteilte Einwilligungen jederzeit mit Wirkung für die Zukunft widerrufen.</w:t>
      </w:r>
    </w:p>
    <w:tbl>
      <w:tblPr>
        <w:tblW w:w="0" w:type="auto"/>
        <w:jc w:val="center"/>
        <w:tblLayout w:type="fixed"/>
        <w:tblLook w:val="04A0" w:firstRow="1" w:lastRow="0" w:firstColumn="1" w:lastColumn="0" w:noHBand="0" w:noVBand="1"/>
      </w:tblPr>
      <w:tblGrid>
        <w:gridCol w:w="4649"/>
        <w:gridCol w:w="4649"/>
      </w:tblGrid>
      <w:tr w:rsidR="00451FB8" w:rsidRPr="0098529E" w14:paraId="76CFDB4D" w14:textId="77777777">
        <w:trPr>
          <w:cantSplit/>
          <w:trHeight w:hRule="exact" w:val="765"/>
          <w:jc w:val="center"/>
        </w:trPr>
        <w:tc>
          <w:tcPr>
            <w:tcW w:w="4649" w:type="dxa"/>
            <w:tcBorders>
              <w:top w:val="nil"/>
              <w:left w:val="nil"/>
              <w:bottom w:val="single" w:sz="8" w:space="0" w:color="7D8B90"/>
              <w:right w:val="nil"/>
            </w:tcBorders>
            <w:tcMar>
              <w:top w:w="220" w:type="dxa"/>
              <w:left w:w="100" w:type="dxa"/>
              <w:bottom w:w="70" w:type="dxa"/>
              <w:right w:w="100" w:type="dxa"/>
            </w:tcMar>
          </w:tcPr>
          <w:p w14:paraId="0441E77D" w14:textId="77777777" w:rsidR="00451FB8" w:rsidRPr="0098529E" w:rsidRDefault="00000000">
            <w:pPr>
              <w:rPr>
                <w:lang w:val="de-DE"/>
              </w:rPr>
            </w:pPr>
            <w:r w:rsidRPr="0098529E">
              <w:rPr>
                <w:rFonts w:eastAsia="Liberation Sans"/>
                <w:color w:val="5A6268"/>
                <w:sz w:val="16"/>
                <w:lang w:val="de-DE"/>
              </w:rPr>
              <w:t>Ort, Datum</w:t>
            </w:r>
          </w:p>
        </w:tc>
        <w:tc>
          <w:tcPr>
            <w:tcW w:w="4649" w:type="dxa"/>
            <w:tcBorders>
              <w:top w:val="nil"/>
              <w:left w:val="nil"/>
              <w:bottom w:val="single" w:sz="8" w:space="0" w:color="7D8B90"/>
              <w:right w:val="nil"/>
            </w:tcBorders>
            <w:tcMar>
              <w:top w:w="220" w:type="dxa"/>
              <w:left w:w="100" w:type="dxa"/>
              <w:bottom w:w="70" w:type="dxa"/>
              <w:right w:w="100" w:type="dxa"/>
            </w:tcMar>
          </w:tcPr>
          <w:p w14:paraId="6F5A5084" w14:textId="77777777" w:rsidR="00451FB8" w:rsidRPr="0098529E" w:rsidRDefault="00000000">
            <w:pPr>
              <w:rPr>
                <w:lang w:val="de-DE"/>
              </w:rPr>
            </w:pPr>
            <w:r w:rsidRPr="0098529E">
              <w:rPr>
                <w:rFonts w:eastAsia="Liberation Sans"/>
                <w:color w:val="5A6268"/>
                <w:sz w:val="16"/>
                <w:lang w:val="de-DE"/>
              </w:rPr>
              <w:t>Ort, Datum</w:t>
            </w:r>
          </w:p>
        </w:tc>
      </w:tr>
      <w:tr w:rsidR="00451FB8" w:rsidRPr="0098529E" w14:paraId="0AE226AA" w14:textId="77777777">
        <w:trPr>
          <w:cantSplit/>
          <w:trHeight w:hRule="exact" w:val="765"/>
          <w:jc w:val="center"/>
        </w:trPr>
        <w:tc>
          <w:tcPr>
            <w:tcW w:w="4649" w:type="dxa"/>
            <w:tcBorders>
              <w:top w:val="nil"/>
              <w:left w:val="nil"/>
              <w:bottom w:val="single" w:sz="8" w:space="0" w:color="7D8B90"/>
              <w:right w:val="nil"/>
            </w:tcBorders>
            <w:tcMar>
              <w:top w:w="220" w:type="dxa"/>
              <w:left w:w="100" w:type="dxa"/>
              <w:bottom w:w="70" w:type="dxa"/>
              <w:right w:w="100" w:type="dxa"/>
            </w:tcMar>
          </w:tcPr>
          <w:p w14:paraId="1F1D02D9" w14:textId="77777777" w:rsidR="00451FB8" w:rsidRPr="0098529E" w:rsidRDefault="00000000">
            <w:pPr>
              <w:rPr>
                <w:lang w:val="de-DE"/>
              </w:rPr>
            </w:pPr>
            <w:r w:rsidRPr="0098529E">
              <w:rPr>
                <w:rFonts w:eastAsia="Liberation Sans"/>
                <w:color w:val="5A6268"/>
                <w:sz w:val="16"/>
                <w:lang w:val="de-DE"/>
              </w:rPr>
              <w:t xml:space="preserve">Name </w:t>
            </w:r>
            <w:proofErr w:type="spellStart"/>
            <w:r w:rsidRPr="0098529E">
              <w:rPr>
                <w:rFonts w:eastAsia="Liberation Sans"/>
                <w:color w:val="5A6268"/>
                <w:sz w:val="16"/>
                <w:lang w:val="de-DE"/>
              </w:rPr>
              <w:t>Klient:in</w:t>
            </w:r>
            <w:proofErr w:type="spellEnd"/>
            <w:r w:rsidRPr="0098529E">
              <w:rPr>
                <w:rFonts w:eastAsia="Liberation Sans"/>
                <w:color w:val="5A6268"/>
                <w:sz w:val="16"/>
                <w:lang w:val="de-DE"/>
              </w:rPr>
              <w:t xml:space="preserve"> (Druckschrift)</w:t>
            </w:r>
          </w:p>
        </w:tc>
        <w:tc>
          <w:tcPr>
            <w:tcW w:w="4649" w:type="dxa"/>
            <w:tcBorders>
              <w:top w:val="nil"/>
              <w:left w:val="nil"/>
              <w:bottom w:val="single" w:sz="8" w:space="0" w:color="7D8B90"/>
              <w:right w:val="nil"/>
            </w:tcBorders>
            <w:tcMar>
              <w:top w:w="220" w:type="dxa"/>
              <w:left w:w="100" w:type="dxa"/>
              <w:bottom w:w="70" w:type="dxa"/>
              <w:right w:w="100" w:type="dxa"/>
            </w:tcMar>
          </w:tcPr>
          <w:p w14:paraId="37030BA2" w14:textId="77777777" w:rsidR="00451FB8" w:rsidRPr="0098529E" w:rsidRDefault="00000000">
            <w:pPr>
              <w:rPr>
                <w:lang w:val="de-DE"/>
              </w:rPr>
            </w:pPr>
            <w:r w:rsidRPr="0098529E">
              <w:rPr>
                <w:rFonts w:eastAsia="Liberation Sans"/>
                <w:color w:val="5A6268"/>
                <w:sz w:val="16"/>
                <w:lang w:val="de-DE"/>
              </w:rPr>
              <w:t xml:space="preserve">Name </w:t>
            </w:r>
            <w:proofErr w:type="spellStart"/>
            <w:r w:rsidRPr="0098529E">
              <w:rPr>
                <w:rFonts w:eastAsia="Liberation Sans"/>
                <w:color w:val="5A6268"/>
                <w:sz w:val="16"/>
                <w:lang w:val="de-DE"/>
              </w:rPr>
              <w:t>Trainer:in</w:t>
            </w:r>
            <w:proofErr w:type="spellEnd"/>
            <w:r w:rsidRPr="0098529E">
              <w:rPr>
                <w:rFonts w:eastAsia="Liberation Sans"/>
                <w:color w:val="5A6268"/>
                <w:sz w:val="16"/>
                <w:lang w:val="de-DE"/>
              </w:rPr>
              <w:t xml:space="preserve"> in Ausbildung (Druckschrift)</w:t>
            </w:r>
          </w:p>
        </w:tc>
      </w:tr>
      <w:tr w:rsidR="00451FB8" w:rsidRPr="0098529E" w14:paraId="52F644EA" w14:textId="77777777">
        <w:trPr>
          <w:cantSplit/>
          <w:trHeight w:hRule="exact" w:val="879"/>
          <w:jc w:val="center"/>
        </w:trPr>
        <w:tc>
          <w:tcPr>
            <w:tcW w:w="4649" w:type="dxa"/>
            <w:tcBorders>
              <w:top w:val="nil"/>
              <w:left w:val="nil"/>
              <w:bottom w:val="single" w:sz="8" w:space="0" w:color="7D8B90"/>
              <w:right w:val="nil"/>
            </w:tcBorders>
            <w:tcMar>
              <w:top w:w="220" w:type="dxa"/>
              <w:left w:w="100" w:type="dxa"/>
              <w:bottom w:w="70" w:type="dxa"/>
              <w:right w:w="100" w:type="dxa"/>
            </w:tcMar>
          </w:tcPr>
          <w:p w14:paraId="20F1EEF3" w14:textId="77777777" w:rsidR="00451FB8" w:rsidRPr="0098529E" w:rsidRDefault="00000000">
            <w:pPr>
              <w:rPr>
                <w:lang w:val="de-DE"/>
              </w:rPr>
            </w:pPr>
            <w:r w:rsidRPr="0098529E">
              <w:rPr>
                <w:rFonts w:eastAsia="Liberation Sans"/>
                <w:color w:val="5A6268"/>
                <w:sz w:val="16"/>
                <w:lang w:val="de-DE"/>
              </w:rPr>
              <w:t>Unterschrift</w:t>
            </w:r>
          </w:p>
        </w:tc>
        <w:tc>
          <w:tcPr>
            <w:tcW w:w="4649" w:type="dxa"/>
            <w:tcBorders>
              <w:top w:val="nil"/>
              <w:left w:val="nil"/>
              <w:bottom w:val="single" w:sz="8" w:space="0" w:color="7D8B90"/>
              <w:right w:val="nil"/>
            </w:tcBorders>
            <w:tcMar>
              <w:top w:w="220" w:type="dxa"/>
              <w:left w:w="100" w:type="dxa"/>
              <w:bottom w:w="70" w:type="dxa"/>
              <w:right w:w="100" w:type="dxa"/>
            </w:tcMar>
          </w:tcPr>
          <w:p w14:paraId="7C6893AD" w14:textId="77777777" w:rsidR="00451FB8" w:rsidRPr="0098529E" w:rsidRDefault="00000000">
            <w:pPr>
              <w:rPr>
                <w:lang w:val="de-DE"/>
              </w:rPr>
            </w:pPr>
            <w:r w:rsidRPr="0098529E">
              <w:rPr>
                <w:rFonts w:eastAsia="Liberation Sans"/>
                <w:color w:val="5A6268"/>
                <w:sz w:val="16"/>
                <w:lang w:val="de-DE"/>
              </w:rPr>
              <w:t>Unterschrift</w:t>
            </w:r>
          </w:p>
        </w:tc>
      </w:tr>
    </w:tbl>
    <w:p w14:paraId="4CBEA298" w14:textId="77777777" w:rsidR="00451FB8" w:rsidRPr="0098529E" w:rsidRDefault="00000000">
      <w:pPr>
        <w:pStyle w:val="berschrift2"/>
        <w:rPr>
          <w:lang w:val="de-DE"/>
        </w:rPr>
      </w:pPr>
      <w:r w:rsidRPr="0098529E">
        <w:rPr>
          <w:lang w:val="de-DE"/>
        </w:rPr>
        <w:t>Dokumentation durch die verantwortliche Person</w:t>
      </w:r>
    </w:p>
    <w:tbl>
      <w:tblPr>
        <w:tblW w:w="0" w:type="auto"/>
        <w:jc w:val="center"/>
        <w:tblLayout w:type="fixed"/>
        <w:tblLook w:val="04A0" w:firstRow="1" w:lastRow="0" w:firstColumn="1" w:lastColumn="0" w:noHBand="0" w:noVBand="1"/>
      </w:tblPr>
      <w:tblGrid>
        <w:gridCol w:w="2948"/>
        <w:gridCol w:w="6406"/>
      </w:tblGrid>
      <w:tr w:rsidR="00451FB8" w:rsidRPr="0098529E" w14:paraId="7FC287F9"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4870760A" w14:textId="77777777" w:rsidR="00451FB8" w:rsidRPr="0098529E" w:rsidRDefault="00000000">
            <w:pPr>
              <w:rPr>
                <w:lang w:val="de-DE"/>
              </w:rPr>
            </w:pPr>
            <w:r w:rsidRPr="0098529E">
              <w:rPr>
                <w:rFonts w:eastAsia="Liberation Sans"/>
                <w:b/>
                <w:color w:val="162F36"/>
                <w:sz w:val="17"/>
                <w:lang w:val="de-DE"/>
              </w:rPr>
              <w:t>Version des Formulars</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1D6D28CA" w14:textId="77777777" w:rsidR="00451FB8" w:rsidRPr="0098529E" w:rsidRDefault="00000000">
            <w:pPr>
              <w:rPr>
                <w:lang w:val="de-DE"/>
              </w:rPr>
            </w:pPr>
            <w:r w:rsidRPr="0098529E">
              <w:rPr>
                <w:sz w:val="17"/>
                <w:lang w:val="de-DE"/>
              </w:rPr>
              <w:t>August 2026 / Version 1.2</w:t>
            </w:r>
          </w:p>
        </w:tc>
      </w:tr>
      <w:tr w:rsidR="00451FB8" w:rsidRPr="0098529E" w14:paraId="084E4309"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64E75D4E" w14:textId="77777777" w:rsidR="00451FB8" w:rsidRPr="0098529E" w:rsidRDefault="00000000">
            <w:pPr>
              <w:rPr>
                <w:lang w:val="de-DE"/>
              </w:rPr>
            </w:pPr>
            <w:r w:rsidRPr="0098529E">
              <w:rPr>
                <w:b/>
                <w:sz w:val="17"/>
                <w:lang w:val="de-DE"/>
              </w:rPr>
              <w:t>Aufzeichnung vereinbart</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1AF3714C" w14:textId="77777777" w:rsidR="00451FB8" w:rsidRPr="0098529E" w:rsidRDefault="00000000">
            <w:pPr>
              <w:rPr>
                <w:lang w:val="de-DE"/>
              </w:rPr>
            </w:pPr>
            <w:r w:rsidRPr="0098529E">
              <w:rPr>
                <w:sz w:val="17"/>
                <w:lang w:val="de-DE"/>
              </w:rPr>
              <w:t xml:space="preserve">☐ </w:t>
            </w:r>
            <w:proofErr w:type="gramStart"/>
            <w:r w:rsidRPr="0098529E">
              <w:rPr>
                <w:sz w:val="17"/>
                <w:lang w:val="de-DE"/>
              </w:rPr>
              <w:t>nein  ☐</w:t>
            </w:r>
            <w:proofErr w:type="gramEnd"/>
            <w:r w:rsidRPr="0098529E">
              <w:rPr>
                <w:sz w:val="17"/>
                <w:lang w:val="de-DE"/>
              </w:rPr>
              <w:t xml:space="preserve"> </w:t>
            </w:r>
            <w:proofErr w:type="gramStart"/>
            <w:r w:rsidRPr="0098529E">
              <w:rPr>
                <w:sz w:val="17"/>
                <w:lang w:val="de-DE"/>
              </w:rPr>
              <w:t>Audio  ☐</w:t>
            </w:r>
            <w:proofErr w:type="gramEnd"/>
            <w:r w:rsidRPr="0098529E">
              <w:rPr>
                <w:sz w:val="17"/>
                <w:lang w:val="de-DE"/>
              </w:rPr>
              <w:t xml:space="preserve"> </w:t>
            </w:r>
            <w:proofErr w:type="gramStart"/>
            <w:r w:rsidRPr="0098529E">
              <w:rPr>
                <w:sz w:val="17"/>
                <w:lang w:val="de-DE"/>
              </w:rPr>
              <w:t>Video  ·</w:t>
            </w:r>
            <w:proofErr w:type="gramEnd"/>
            <w:r w:rsidRPr="0098529E">
              <w:rPr>
                <w:sz w:val="17"/>
                <w:lang w:val="de-DE"/>
              </w:rPr>
              <w:t xml:space="preserve">  Löschdatum: ____________________</w:t>
            </w:r>
          </w:p>
        </w:tc>
      </w:tr>
      <w:tr w:rsidR="00451FB8" w:rsidRPr="0098529E" w14:paraId="242483C6"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3D6E5C41" w14:textId="77777777" w:rsidR="00451FB8" w:rsidRPr="0098529E" w:rsidRDefault="00000000">
            <w:pPr>
              <w:rPr>
                <w:lang w:val="de-DE"/>
              </w:rPr>
            </w:pPr>
            <w:r w:rsidRPr="0098529E">
              <w:rPr>
                <w:rFonts w:eastAsia="Liberation Sans"/>
                <w:b/>
                <w:color w:val="162F36"/>
                <w:sz w:val="17"/>
                <w:lang w:val="de-DE"/>
              </w:rPr>
              <w:t>Unterzeichnung erfolgt</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4DD5F4FE" w14:textId="77777777" w:rsidR="00451FB8" w:rsidRPr="0098529E" w:rsidRDefault="00000000">
            <w:pPr>
              <w:rPr>
                <w:lang w:val="de-DE"/>
              </w:rPr>
            </w:pPr>
            <w:r w:rsidRPr="0098529E">
              <w:rPr>
                <w:rFonts w:eastAsia="Liberation Sans"/>
                <w:color w:val="505C62"/>
                <w:sz w:val="18"/>
                <w:lang w:val="de-DE"/>
              </w:rPr>
              <w:t>☐ handschriftlich auf Papier</w:t>
            </w:r>
          </w:p>
        </w:tc>
      </w:tr>
      <w:tr w:rsidR="00451FB8" w:rsidRPr="0098529E" w14:paraId="50AE6E2F"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27E0120E" w14:textId="77777777" w:rsidR="00451FB8" w:rsidRPr="0098529E" w:rsidRDefault="00000000">
            <w:pPr>
              <w:rPr>
                <w:lang w:val="de-DE"/>
              </w:rPr>
            </w:pPr>
            <w:r w:rsidRPr="0098529E">
              <w:rPr>
                <w:rFonts w:eastAsia="Liberation Sans"/>
                <w:b/>
                <w:color w:val="162F36"/>
                <w:sz w:val="17"/>
                <w:lang w:val="de-DE"/>
              </w:rPr>
              <w:t>Datum/Uhrzeit des Eingangs</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5A2175BB" w14:textId="77777777" w:rsidR="00451FB8" w:rsidRPr="0098529E" w:rsidRDefault="00000000">
            <w:pPr>
              <w:rPr>
                <w:lang w:val="de-DE"/>
              </w:rPr>
            </w:pPr>
            <w:r w:rsidRPr="0098529E">
              <w:rPr>
                <w:rFonts w:eastAsia="Liberation Sans"/>
                <w:color w:val="505C62"/>
                <w:sz w:val="18"/>
                <w:lang w:val="de-DE"/>
              </w:rPr>
              <w:t>____________________________________________</w:t>
            </w:r>
          </w:p>
        </w:tc>
      </w:tr>
      <w:tr w:rsidR="00451FB8" w:rsidRPr="0098529E" w14:paraId="7EBDE3C2"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4EC5E674" w14:textId="77777777" w:rsidR="00451FB8" w:rsidRPr="0098529E" w:rsidRDefault="00000000">
            <w:pPr>
              <w:rPr>
                <w:lang w:val="de-DE"/>
              </w:rPr>
            </w:pPr>
            <w:r w:rsidRPr="0098529E">
              <w:rPr>
                <w:rFonts w:eastAsia="Liberation Sans"/>
                <w:b/>
                <w:color w:val="162F36"/>
                <w:sz w:val="17"/>
                <w:lang w:val="de-DE"/>
              </w:rPr>
              <w:t>Ablageort / Löschdatum</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1926C0C4" w14:textId="77777777" w:rsidR="00451FB8" w:rsidRPr="0098529E" w:rsidRDefault="00000000">
            <w:pPr>
              <w:rPr>
                <w:lang w:val="de-DE"/>
              </w:rPr>
            </w:pPr>
            <w:r w:rsidRPr="0098529E">
              <w:rPr>
                <w:rFonts w:eastAsia="Liberation Sans"/>
                <w:color w:val="505C62"/>
                <w:sz w:val="18"/>
                <w:lang w:val="de-DE"/>
              </w:rPr>
              <w:t>____________________________________________</w:t>
            </w:r>
          </w:p>
        </w:tc>
      </w:tr>
    </w:tbl>
    <w:p w14:paraId="55D79165" w14:textId="77777777" w:rsidR="00451FB8" w:rsidRPr="0098529E" w:rsidRDefault="00000000">
      <w:pPr>
        <w:pStyle w:val="berschrift2"/>
        <w:rPr>
          <w:lang w:val="de-DE"/>
        </w:rPr>
      </w:pPr>
      <w:r w:rsidRPr="0098529E">
        <w:rPr>
          <w:lang w:val="de-DE"/>
        </w:rPr>
        <w:lastRenderedPageBreak/>
        <w:t>Rechtliche Orientierung des Musters</w:t>
      </w:r>
    </w:p>
    <w:p w14:paraId="49F1BC90" w14:textId="77777777" w:rsidR="00451FB8" w:rsidRPr="0098529E" w:rsidRDefault="00000000">
      <w:pPr>
        <w:pStyle w:val="SmallNote"/>
        <w:rPr>
          <w:lang w:val="de-DE"/>
        </w:rPr>
      </w:pPr>
      <w:r w:rsidRPr="0098529E">
        <w:rPr>
          <w:lang w:val="de-DE"/>
        </w:rPr>
        <w:t>Orientiert an Art. 5, 6, 7, 9, 13, 15–21 und 77 DSGVO. Für Tonaufnahmen ist zudem insbesondere § 201 StGB zu beachten; bei einer Verbreitung oder öffentlichen Darstellung von Bildnissen kann § 22 KunstUrhG relevant sein. Das Muster ersetzt keine individuelle Rechtsprüfung der konkreten Technik, Dienste, Zugriffe und Löschabläufe.</w:t>
      </w:r>
    </w:p>
    <w:sectPr w:rsidR="00451FB8" w:rsidRPr="0098529E">
      <w:headerReference w:type="default" r:id="rId8"/>
      <w:footerReference w:type="default" r:id="rId9"/>
      <w:pgSz w:w="11906" w:h="16838"/>
      <w:pgMar w:top="935" w:right="992" w:bottom="879" w:left="992" w:header="369"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EA8537" w14:textId="77777777" w:rsidR="00EA7192" w:rsidRDefault="00EA7192">
      <w:pPr>
        <w:spacing w:after="0" w:line="240" w:lineRule="auto"/>
        <w:rPr>
          <w:rFonts w:hint="eastAsia"/>
        </w:rPr>
      </w:pPr>
      <w:r>
        <w:separator/>
      </w:r>
    </w:p>
  </w:endnote>
  <w:endnote w:type="continuationSeparator" w:id="0">
    <w:p w14:paraId="798DA93D" w14:textId="77777777" w:rsidR="00EA7192" w:rsidRDefault="00EA719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4D7C0D" w14:textId="77777777" w:rsidR="00451FB8" w:rsidRDefault="00451FB8">
    <w:pPr>
      <w:pStyle w:val="Fuzeile"/>
      <w:rPr>
        <w:rFonts w:hint="eastAsia"/>
      </w:rPr>
    </w:pPr>
  </w:p>
  <w:tbl>
    <w:tblPr>
      <w:tblW w:w="0" w:type="auto"/>
      <w:jc w:val="center"/>
      <w:tblLayout w:type="fixed"/>
      <w:tblLook w:val="04A0" w:firstRow="1" w:lastRow="0" w:firstColumn="1" w:lastColumn="0" w:noHBand="0" w:noVBand="1"/>
    </w:tblPr>
    <w:tblGrid>
      <w:gridCol w:w="4961"/>
      <w:gridCol w:w="4961"/>
    </w:tblGrid>
    <w:tr w:rsidR="00451FB8" w14:paraId="64EAA4B2" w14:textId="77777777">
      <w:trPr>
        <w:jc w:val="center"/>
      </w:trPr>
      <w:tc>
        <w:tcPr>
          <w:tcW w:w="4961" w:type="dxa"/>
          <w:tcBorders>
            <w:top w:val="nil"/>
            <w:left w:val="nil"/>
            <w:bottom w:val="nil"/>
            <w:right w:val="nil"/>
          </w:tcBorders>
          <w:tcMar>
            <w:top w:w="0" w:type="dxa"/>
            <w:left w:w="0" w:type="dxa"/>
            <w:bottom w:w="0" w:type="dxa"/>
            <w:right w:w="0" w:type="dxa"/>
          </w:tcMar>
        </w:tcPr>
        <w:p w14:paraId="699CEF56" w14:textId="390A7531" w:rsidR="00451FB8" w:rsidRDefault="00451FB8">
          <w:pPr>
            <w:rPr>
              <w:rFonts w:hint="eastAsia"/>
            </w:rPr>
          </w:pPr>
        </w:p>
      </w:tc>
      <w:tc>
        <w:tcPr>
          <w:tcW w:w="4961" w:type="dxa"/>
          <w:tcBorders>
            <w:top w:val="nil"/>
            <w:left w:val="nil"/>
            <w:bottom w:val="nil"/>
            <w:right w:val="nil"/>
          </w:tcBorders>
          <w:tcMar>
            <w:top w:w="0" w:type="dxa"/>
            <w:left w:w="0" w:type="dxa"/>
            <w:bottom w:w="0" w:type="dxa"/>
            <w:right w:w="0" w:type="dxa"/>
          </w:tcMar>
        </w:tcPr>
        <w:p w14:paraId="4496B6AB" w14:textId="77777777" w:rsidR="00451FB8" w:rsidRDefault="00000000">
          <w:pPr>
            <w:jc w:val="right"/>
            <w:rPr>
              <w:rFonts w:hint="eastAsia"/>
            </w:rPr>
          </w:pPr>
          <w:proofErr w:type="spellStart"/>
          <w:r>
            <w:rPr>
              <w:rFonts w:eastAsia="Liberation Sans"/>
              <w:color w:val="5A6268"/>
              <w:sz w:val="16"/>
            </w:rPr>
            <w:t>Seite</w:t>
          </w:r>
          <w:proofErr w:type="spellEnd"/>
          <w:r>
            <w:rPr>
              <w:rFonts w:eastAsia="Liberation Sans"/>
              <w:color w:val="5A6268"/>
              <w:sz w:val="16"/>
            </w:rPr>
            <w:t xml:space="preserve"> </w:t>
          </w:r>
          <w:r>
            <w:rPr>
              <w:rFonts w:eastAsia="Liberation Sans"/>
              <w:color w:val="5A6268"/>
              <w:sz w:val="16"/>
            </w:rPr>
            <w:fldChar w:fldCharType="begin"/>
          </w:r>
          <w:r>
            <w:rPr>
              <w:rFonts w:eastAsia="Liberation Sans"/>
              <w:color w:val="5A6268"/>
              <w:sz w:val="16"/>
            </w:rPr>
            <w:instrText>PAGE</w:instrText>
          </w:r>
          <w:r w:rsidR="0098529E">
            <w:rPr>
              <w:rFonts w:eastAsia="Liberation Sans"/>
              <w:color w:val="5A6268"/>
              <w:sz w:val="16"/>
            </w:rPr>
            <w:fldChar w:fldCharType="separate"/>
          </w:r>
          <w:r w:rsidR="0098529E">
            <w:rPr>
              <w:rFonts w:eastAsia="Liberation Sans"/>
              <w:noProof/>
              <w:color w:val="5A6268"/>
              <w:sz w:val="16"/>
            </w:rPr>
            <w:t>1</w:t>
          </w:r>
          <w:r>
            <w:rPr>
              <w:rFonts w:eastAsia="Liberation Sans"/>
              <w:color w:val="5A6268"/>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0EBB8F" w14:textId="77777777" w:rsidR="00EA7192" w:rsidRDefault="00EA7192">
      <w:pPr>
        <w:spacing w:after="0" w:line="240" w:lineRule="auto"/>
        <w:rPr>
          <w:rFonts w:hint="eastAsia"/>
        </w:rPr>
      </w:pPr>
      <w:r>
        <w:separator/>
      </w:r>
    </w:p>
  </w:footnote>
  <w:footnote w:type="continuationSeparator" w:id="0">
    <w:p w14:paraId="176FC494" w14:textId="77777777" w:rsidR="00EA7192" w:rsidRDefault="00EA719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0CAFE8" w14:textId="77777777" w:rsidR="00451FB8" w:rsidRDefault="00451FB8">
    <w:pPr>
      <w:pStyle w:val="Kopfzeile"/>
      <w:rPr>
        <w:rFonts w:hint="eastAsia"/>
      </w:rPr>
    </w:pPr>
  </w:p>
  <w:tbl>
    <w:tblPr>
      <w:tblW w:w="0" w:type="auto"/>
      <w:jc w:val="center"/>
      <w:tblLayout w:type="fixed"/>
      <w:tblLook w:val="04A0" w:firstRow="1" w:lastRow="0" w:firstColumn="1" w:lastColumn="0" w:noHBand="0" w:noVBand="1"/>
    </w:tblPr>
    <w:tblGrid>
      <w:gridCol w:w="4961"/>
      <w:gridCol w:w="4961"/>
    </w:tblGrid>
    <w:tr w:rsidR="00451FB8" w14:paraId="02C95189" w14:textId="77777777">
      <w:trPr>
        <w:jc w:val="center"/>
      </w:trPr>
      <w:tc>
        <w:tcPr>
          <w:tcW w:w="4961" w:type="dxa"/>
          <w:tcBorders>
            <w:top w:val="nil"/>
            <w:left w:val="nil"/>
            <w:bottom w:val="single" w:sz="8" w:space="0" w:color="9BBFC2"/>
            <w:right w:val="nil"/>
          </w:tcBorders>
          <w:tcMar>
            <w:top w:w="0" w:type="dxa"/>
            <w:left w:w="0" w:type="dxa"/>
            <w:bottom w:w="70" w:type="dxa"/>
            <w:right w:w="0" w:type="dxa"/>
          </w:tcMar>
        </w:tcPr>
        <w:p w14:paraId="6BC54007" w14:textId="460CFCEC" w:rsidR="00451FB8" w:rsidRDefault="00451FB8">
          <w:pPr>
            <w:rPr>
              <w:rFonts w:hint="eastAsia"/>
            </w:rPr>
          </w:pPr>
        </w:p>
      </w:tc>
      <w:tc>
        <w:tcPr>
          <w:tcW w:w="4961" w:type="dxa"/>
          <w:tcBorders>
            <w:top w:val="nil"/>
            <w:left w:val="nil"/>
            <w:bottom w:val="single" w:sz="8" w:space="0" w:color="9BBFC2"/>
            <w:right w:val="nil"/>
          </w:tcBorders>
          <w:tcMar>
            <w:top w:w="0" w:type="dxa"/>
            <w:left w:w="0" w:type="dxa"/>
            <w:bottom w:w="70" w:type="dxa"/>
            <w:right w:w="0" w:type="dxa"/>
          </w:tcMar>
        </w:tcPr>
        <w:p w14:paraId="09364A34" w14:textId="77777777" w:rsidR="00451FB8" w:rsidRDefault="00000000">
          <w:pPr>
            <w:jc w:val="right"/>
            <w:rPr>
              <w:rFonts w:hint="eastAsia"/>
            </w:rPr>
          </w:pPr>
          <w:proofErr w:type="spellStart"/>
          <w:r>
            <w:rPr>
              <w:rFonts w:eastAsia="Liberation Sans"/>
              <w:color w:val="5A6268"/>
              <w:sz w:val="16"/>
            </w:rPr>
            <w:t>Musterstand</w:t>
          </w:r>
          <w:proofErr w:type="spellEnd"/>
          <w:r>
            <w:rPr>
              <w:rFonts w:eastAsia="Liberation Sans"/>
              <w:color w:val="5A6268"/>
              <w:sz w:val="16"/>
            </w:rPr>
            <w:t>: August 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381250120">
    <w:abstractNumId w:val="8"/>
  </w:num>
  <w:num w:numId="2" w16cid:durableId="1559121857">
    <w:abstractNumId w:val="6"/>
  </w:num>
  <w:num w:numId="3" w16cid:durableId="786511877">
    <w:abstractNumId w:val="5"/>
  </w:num>
  <w:num w:numId="4" w16cid:durableId="1325086924">
    <w:abstractNumId w:val="4"/>
  </w:num>
  <w:num w:numId="5" w16cid:durableId="1366711225">
    <w:abstractNumId w:val="7"/>
  </w:num>
  <w:num w:numId="6" w16cid:durableId="1083532455">
    <w:abstractNumId w:val="3"/>
  </w:num>
  <w:num w:numId="7" w16cid:durableId="1860927232">
    <w:abstractNumId w:val="2"/>
  </w:num>
  <w:num w:numId="8" w16cid:durableId="876117433">
    <w:abstractNumId w:val="1"/>
  </w:num>
  <w:num w:numId="9" w16cid:durableId="12897799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1FB8"/>
    <w:rsid w:val="0098529E"/>
    <w:rsid w:val="00AA1D8D"/>
    <w:rsid w:val="00B47730"/>
    <w:rsid w:val="00CB0664"/>
    <w:rsid w:val="00CC3AAC"/>
    <w:rsid w:val="00EA71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027FC5"/>
  <w14:defaultImageDpi w14:val="300"/>
  <w15:docId w15:val="{41481E23-1BEF-A640-B327-B2865A32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64" w:lineRule="auto"/>
    </w:pPr>
    <w:rPr>
      <w:rFonts w:ascii="Liberation Sans" w:hAnsi="Liberation Sans"/>
      <w:sz w:val="20"/>
    </w:rPr>
  </w:style>
  <w:style w:type="paragraph" w:styleId="berschrift1">
    <w:name w:val="heading 1"/>
    <w:basedOn w:val="Standard"/>
    <w:next w:val="Standard"/>
    <w:link w:val="berschrift1Zchn"/>
    <w:uiPriority w:val="9"/>
    <w:qFormat/>
    <w:rsid w:val="00FC693F"/>
    <w:pPr>
      <w:keepNext/>
      <w:keepLines/>
      <w:spacing w:before="240" w:after="120"/>
      <w:outlineLvl w:val="0"/>
    </w:pPr>
    <w:rPr>
      <w:rFonts w:asciiTheme="majorHAnsi" w:eastAsiaTheme="majorEastAsia" w:hAnsiTheme="majorHAnsi" w:cstheme="majorBidi"/>
      <w:b/>
      <w:bCs/>
      <w:color w:val="0C5C64"/>
      <w:sz w:val="31"/>
      <w:szCs w:val="28"/>
    </w:rPr>
  </w:style>
  <w:style w:type="paragraph" w:styleId="berschrift2">
    <w:name w:val="heading 2"/>
    <w:basedOn w:val="Standard"/>
    <w:next w:val="Standard"/>
    <w:link w:val="berschrift2Zchn"/>
    <w:uiPriority w:val="9"/>
    <w:unhideWhenUsed/>
    <w:qFormat/>
    <w:rsid w:val="00FC693F"/>
    <w:pPr>
      <w:keepNext/>
      <w:keepLines/>
      <w:spacing w:before="160" w:after="80"/>
      <w:outlineLvl w:val="1"/>
    </w:pPr>
    <w:rPr>
      <w:rFonts w:asciiTheme="majorHAnsi" w:eastAsiaTheme="majorEastAsia" w:hAnsiTheme="majorHAnsi" w:cstheme="majorBidi"/>
      <w:b/>
      <w:bCs/>
      <w:color w:val="162F36"/>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C5C64"/>
      <w:spacing w:val="5"/>
      <w:kern w:val="28"/>
      <w:sz w:val="4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keepNext/>
      <w:numPr>
        <w:ilvl w:val="1"/>
      </w:numPr>
      <w:spacing w:after="240"/>
    </w:pPr>
    <w:rPr>
      <w:rFonts w:asciiTheme="majorHAnsi" w:eastAsiaTheme="majorEastAsia" w:hAnsiTheme="majorHAnsi" w:cstheme="majorBidi"/>
      <w:i/>
      <w:iCs/>
      <w:color w:val="505C62"/>
      <w:spacing w:val="15"/>
      <w:sz w:val="23"/>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Bullet">
    <w:name w:val="BodyBullet"/>
    <w:pPr>
      <w:spacing w:after="50" w:line="259" w:lineRule="auto"/>
    </w:pPr>
    <w:rPr>
      <w:rFonts w:ascii="Liberation Sans" w:hAnsi="Liberation Sans"/>
      <w:sz w:val="19"/>
    </w:rPr>
  </w:style>
  <w:style w:type="paragraph" w:customStyle="1" w:styleId="Consent">
    <w:name w:val="Consent"/>
    <w:pPr>
      <w:spacing w:after="100" w:line="259" w:lineRule="auto"/>
    </w:pPr>
    <w:rPr>
      <w:rFonts w:ascii="Liberation Sans" w:hAnsi="Liberation Sans"/>
      <w:sz w:val="20"/>
    </w:rPr>
  </w:style>
  <w:style w:type="paragraph" w:customStyle="1" w:styleId="SmallNote">
    <w:name w:val="SmallNote"/>
    <w:pPr>
      <w:spacing w:after="60" w:line="252" w:lineRule="auto"/>
    </w:pPr>
    <w:rPr>
      <w:rFonts w:ascii="Liberation Sans" w:hAnsi="Liberation Sans"/>
      <w:color w:val="5A6268"/>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1828</Words>
  <Characters>13387</Characters>
  <Application>Microsoft Office Word</Application>
  <DocSecurity>0</DocSecurity>
  <Lines>257</Lines>
  <Paragraphs>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Focusing-Vereinbarung mit Einwilligung zur Sitzungsaufzeichnung</dc:title>
  <dc:subject>DSGVO-Muster für kostenfreie Focusing-Übungssitzungen mit optionaler Audio- oder Videoaufzeichnung</dc:subject>
  <dc:creator/>
  <cp:keywords>Focusing, DSGVO, Einwilligung, Datenschutz, Übungssitzung</cp:keywords>
  <dc:description>Anpassbares Muster; vor Verwendung rechtlich und organisatorisch prüfen.</dc:description>
  <cp:lastModifiedBy>Arno Katz</cp:lastModifiedBy>
  <cp:revision>2</cp:revision>
  <dcterms:created xsi:type="dcterms:W3CDTF">2013-12-23T23:15:00Z</dcterms:created>
  <dcterms:modified xsi:type="dcterms:W3CDTF">2026-08-04T09:17:00Z</dcterms:modified>
  <cp:category/>
</cp:coreProperties>
</file>